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5A84" w14:textId="77777777" w:rsidR="00122950" w:rsidRDefault="00000000">
      <w:pPr>
        <w:spacing w:after="80"/>
        <w:jc w:val="center"/>
      </w:pPr>
      <w:r>
        <w:rPr>
          <w:noProof/>
        </w:rPr>
        <w:drawing>
          <wp:inline distT="0" distB="0" distL="0" distR="0" wp14:anchorId="3702C48C" wp14:editId="003AF60C">
            <wp:extent cx="1548000" cy="6598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aoTalk_20260823_16192797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48000" cy="6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F3BBD" w14:textId="77777777" w:rsidR="00122950" w:rsidRDefault="00000000">
      <w:pPr>
        <w:spacing w:after="40"/>
        <w:jc w:val="center"/>
        <w:rPr>
          <w:lang w:eastAsia="ko-KR"/>
        </w:rPr>
      </w:pPr>
      <w:r>
        <w:rPr>
          <w:b/>
          <w:sz w:val="40"/>
          <w:lang w:eastAsia="ko-KR"/>
        </w:rPr>
        <w:t>제</w:t>
      </w:r>
      <w:r>
        <w:rPr>
          <w:b/>
          <w:sz w:val="40"/>
          <w:lang w:eastAsia="ko-KR"/>
        </w:rPr>
        <w:t>3</w:t>
      </w:r>
      <w:r>
        <w:rPr>
          <w:b/>
          <w:sz w:val="40"/>
          <w:lang w:eastAsia="ko-KR"/>
        </w:rPr>
        <w:t>기</w:t>
      </w:r>
      <w:r>
        <w:rPr>
          <w:b/>
          <w:sz w:val="40"/>
          <w:lang w:eastAsia="ko-KR"/>
        </w:rPr>
        <w:t xml:space="preserve"> </w:t>
      </w:r>
      <w:r>
        <w:rPr>
          <w:b/>
          <w:sz w:val="40"/>
          <w:lang w:eastAsia="ko-KR"/>
        </w:rPr>
        <w:t>해외직판</w:t>
      </w:r>
      <w:r>
        <w:rPr>
          <w:b/>
          <w:sz w:val="40"/>
          <w:lang w:eastAsia="ko-KR"/>
        </w:rPr>
        <w:t xml:space="preserve"> </w:t>
      </w:r>
      <w:r>
        <w:rPr>
          <w:b/>
          <w:sz w:val="40"/>
          <w:lang w:eastAsia="ko-KR"/>
        </w:rPr>
        <w:t>아카데미</w:t>
      </w:r>
      <w:r>
        <w:rPr>
          <w:b/>
          <w:sz w:val="40"/>
          <w:lang w:eastAsia="ko-KR"/>
        </w:rPr>
        <w:t xml:space="preserve"> </w:t>
      </w:r>
      <w:r>
        <w:rPr>
          <w:b/>
          <w:sz w:val="40"/>
          <w:lang w:eastAsia="ko-KR"/>
        </w:rPr>
        <w:t>지원서</w:t>
      </w:r>
    </w:p>
    <w:p w14:paraId="41C46F6F" w14:textId="77777777" w:rsidR="00122950" w:rsidRDefault="00000000">
      <w:pPr>
        <w:spacing w:before="120" w:after="140"/>
        <w:rPr>
          <w:lang w:eastAsia="ko-KR"/>
        </w:rPr>
      </w:pPr>
      <w:r>
        <w:rPr>
          <w:lang w:eastAsia="ko-KR"/>
        </w:rPr>
        <w:t>제</w:t>
      </w:r>
      <w:r>
        <w:rPr>
          <w:lang w:eastAsia="ko-KR"/>
        </w:rPr>
        <w:t>3</w:t>
      </w:r>
      <w:r>
        <w:rPr>
          <w:lang w:eastAsia="ko-KR"/>
        </w:rPr>
        <w:t>기</w:t>
      </w:r>
      <w:r>
        <w:rPr>
          <w:lang w:eastAsia="ko-KR"/>
        </w:rPr>
        <w:t xml:space="preserve"> </w:t>
      </w: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아카데미는</w:t>
      </w:r>
      <w:r>
        <w:rPr>
          <w:lang w:eastAsia="ko-KR"/>
        </w:rPr>
        <w:t xml:space="preserve"> </w:t>
      </w:r>
      <w:r>
        <w:rPr>
          <w:lang w:eastAsia="ko-KR"/>
        </w:rPr>
        <w:t>현재의</w:t>
      </w:r>
      <w:r>
        <w:rPr>
          <w:lang w:eastAsia="ko-KR"/>
        </w:rPr>
        <w:t xml:space="preserve"> </w:t>
      </w:r>
      <w:r>
        <w:rPr>
          <w:lang w:eastAsia="ko-KR"/>
        </w:rPr>
        <w:t>사업규모나</w:t>
      </w:r>
      <w:r>
        <w:rPr>
          <w:lang w:eastAsia="ko-KR"/>
        </w:rPr>
        <w:t xml:space="preserve"> </w:t>
      </w:r>
      <w:r>
        <w:rPr>
          <w:lang w:eastAsia="ko-KR"/>
        </w:rPr>
        <w:t>해외판매</w:t>
      </w:r>
      <w:r>
        <w:rPr>
          <w:lang w:eastAsia="ko-KR"/>
        </w:rPr>
        <w:t xml:space="preserve"> </w:t>
      </w:r>
      <w:r>
        <w:rPr>
          <w:lang w:eastAsia="ko-KR"/>
        </w:rPr>
        <w:t>경험보다</w:t>
      </w:r>
      <w:r>
        <w:rPr>
          <w:lang w:eastAsia="ko-KR"/>
        </w:rPr>
        <w:t xml:space="preserve"> </w:t>
      </w:r>
      <w:r>
        <w:rPr>
          <w:b/>
          <w:lang w:eastAsia="ko-KR"/>
        </w:rPr>
        <w:t>참여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열정과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실제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실행의지</w:t>
      </w:r>
      <w:r>
        <w:rPr>
          <w:lang w:eastAsia="ko-KR"/>
        </w:rPr>
        <w:t>를</w:t>
      </w:r>
      <w:r>
        <w:rPr>
          <w:lang w:eastAsia="ko-KR"/>
        </w:rPr>
        <w:t xml:space="preserve"> </w:t>
      </w:r>
      <w:r>
        <w:rPr>
          <w:lang w:eastAsia="ko-KR"/>
        </w:rPr>
        <w:t>중요하게</w:t>
      </w:r>
      <w:r>
        <w:rPr>
          <w:lang w:eastAsia="ko-KR"/>
        </w:rPr>
        <w:t xml:space="preserve"> </w:t>
      </w:r>
      <w:r>
        <w:rPr>
          <w:lang w:eastAsia="ko-KR"/>
        </w:rPr>
        <w:t>봅니다</w:t>
      </w:r>
      <w:r>
        <w:rPr>
          <w:lang w:eastAsia="ko-KR"/>
        </w:rPr>
        <w:t xml:space="preserve">. </w:t>
      </w:r>
      <w:r>
        <w:rPr>
          <w:lang w:eastAsia="ko-KR"/>
        </w:rPr>
        <w:t>정답을</w:t>
      </w:r>
      <w:r>
        <w:rPr>
          <w:lang w:eastAsia="ko-KR"/>
        </w:rPr>
        <w:t xml:space="preserve"> </w:t>
      </w:r>
      <w:r>
        <w:rPr>
          <w:lang w:eastAsia="ko-KR"/>
        </w:rPr>
        <w:t>잘</w:t>
      </w:r>
      <w:r>
        <w:rPr>
          <w:lang w:eastAsia="ko-KR"/>
        </w:rPr>
        <w:t xml:space="preserve"> </w:t>
      </w:r>
      <w:r>
        <w:rPr>
          <w:lang w:eastAsia="ko-KR"/>
        </w:rPr>
        <w:t>쓰기보다</w:t>
      </w:r>
      <w:r>
        <w:rPr>
          <w:lang w:eastAsia="ko-KR"/>
        </w:rPr>
        <w:t xml:space="preserve"> </w:t>
      </w:r>
      <w:r>
        <w:rPr>
          <w:lang w:eastAsia="ko-KR"/>
        </w:rPr>
        <w:t>현재</w:t>
      </w:r>
      <w:r>
        <w:rPr>
          <w:lang w:eastAsia="ko-KR"/>
        </w:rPr>
        <w:t xml:space="preserve"> </w:t>
      </w:r>
      <w:r>
        <w:rPr>
          <w:lang w:eastAsia="ko-KR"/>
        </w:rPr>
        <w:t>상황과</w:t>
      </w:r>
      <w:r>
        <w:rPr>
          <w:lang w:eastAsia="ko-KR"/>
        </w:rPr>
        <w:t xml:space="preserve"> </w:t>
      </w:r>
      <w:r>
        <w:rPr>
          <w:lang w:eastAsia="ko-KR"/>
        </w:rPr>
        <w:t>계획을</w:t>
      </w:r>
      <w:r>
        <w:rPr>
          <w:lang w:eastAsia="ko-KR"/>
        </w:rPr>
        <w:t xml:space="preserve"> </w:t>
      </w:r>
      <w:r>
        <w:rPr>
          <w:lang w:eastAsia="ko-KR"/>
        </w:rPr>
        <w:t>솔직하고</w:t>
      </w:r>
      <w:r>
        <w:rPr>
          <w:lang w:eastAsia="ko-KR"/>
        </w:rPr>
        <w:t xml:space="preserve"> </w:t>
      </w:r>
      <w:r>
        <w:rPr>
          <w:lang w:eastAsia="ko-KR"/>
        </w:rPr>
        <w:t>구체적으로</w:t>
      </w:r>
      <w:r>
        <w:rPr>
          <w:lang w:eastAsia="ko-KR"/>
        </w:rPr>
        <w:t xml:space="preserve"> </w:t>
      </w:r>
      <w:r>
        <w:rPr>
          <w:lang w:eastAsia="ko-KR"/>
        </w:rPr>
        <w:t>작성해</w:t>
      </w:r>
      <w:r>
        <w:rPr>
          <w:lang w:eastAsia="ko-KR"/>
        </w:rPr>
        <w:t xml:space="preserve"> </w:t>
      </w:r>
      <w:r>
        <w:rPr>
          <w:lang w:eastAsia="ko-KR"/>
        </w:rPr>
        <w:t>주세요</w:t>
      </w:r>
      <w:r>
        <w:rPr>
          <w:lang w:eastAsia="ko-KR"/>
        </w:rPr>
        <w:t>.</w:t>
      </w:r>
    </w:p>
    <w:p w14:paraId="27F3C559" w14:textId="77777777" w:rsidR="00122950" w:rsidRDefault="00000000">
      <w:pPr>
        <w:spacing w:before="160" w:after="60"/>
      </w:pPr>
      <w:r>
        <w:rPr>
          <w:b/>
          <w:sz w:val="26"/>
        </w:rPr>
        <w:t xml:space="preserve">1. </w:t>
      </w:r>
      <w:r>
        <w:rPr>
          <w:b/>
          <w:sz w:val="26"/>
        </w:rPr>
        <w:t>기본정보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576"/>
        <w:gridCol w:w="2575"/>
        <w:gridCol w:w="2576"/>
        <w:gridCol w:w="2575"/>
      </w:tblGrid>
      <w:tr w:rsidR="00122950" w14:paraId="526D5A25" w14:textId="77777777">
        <w:trPr>
          <w:jc w:val="center"/>
        </w:trPr>
        <w:tc>
          <w:tcPr>
            <w:tcW w:w="2578" w:type="dxa"/>
            <w:shd w:val="clear" w:color="auto" w:fill="EAF2F8"/>
            <w:vAlign w:val="center"/>
          </w:tcPr>
          <w:p w14:paraId="4DE6C0DF" w14:textId="77777777" w:rsidR="00122950" w:rsidRDefault="00000000">
            <w:r>
              <w:rPr>
                <w:b/>
              </w:rPr>
              <w:t>성명</w:t>
            </w:r>
          </w:p>
        </w:tc>
        <w:tc>
          <w:tcPr>
            <w:tcW w:w="2578" w:type="dxa"/>
            <w:vAlign w:val="center"/>
          </w:tcPr>
          <w:p w14:paraId="2882072D" w14:textId="77777777" w:rsidR="00122950" w:rsidRDefault="00122950"/>
        </w:tc>
        <w:tc>
          <w:tcPr>
            <w:tcW w:w="2578" w:type="dxa"/>
            <w:shd w:val="clear" w:color="auto" w:fill="EAF2F8"/>
            <w:vAlign w:val="center"/>
          </w:tcPr>
          <w:p w14:paraId="1F5A0CDC" w14:textId="77777777" w:rsidR="00122950" w:rsidRDefault="00000000">
            <w:r>
              <w:rPr>
                <w:b/>
              </w:rPr>
              <w:t>생년월일</w:t>
            </w:r>
          </w:p>
        </w:tc>
        <w:tc>
          <w:tcPr>
            <w:tcW w:w="2578" w:type="dxa"/>
            <w:vAlign w:val="center"/>
          </w:tcPr>
          <w:p w14:paraId="5CAC20A6" w14:textId="77777777" w:rsidR="00122950" w:rsidRDefault="00122950"/>
        </w:tc>
      </w:tr>
      <w:tr w:rsidR="00122950" w14:paraId="24F19543" w14:textId="77777777">
        <w:trPr>
          <w:jc w:val="center"/>
        </w:trPr>
        <w:tc>
          <w:tcPr>
            <w:tcW w:w="2578" w:type="dxa"/>
            <w:shd w:val="clear" w:color="auto" w:fill="EAF2F8"/>
            <w:vAlign w:val="center"/>
          </w:tcPr>
          <w:p w14:paraId="48280F1D" w14:textId="77777777" w:rsidR="00122950" w:rsidRDefault="00000000">
            <w:r>
              <w:rPr>
                <w:b/>
              </w:rPr>
              <w:t>휴대전화</w:t>
            </w:r>
          </w:p>
        </w:tc>
        <w:tc>
          <w:tcPr>
            <w:tcW w:w="2578" w:type="dxa"/>
            <w:vAlign w:val="center"/>
          </w:tcPr>
          <w:p w14:paraId="43D8A4ED" w14:textId="77777777" w:rsidR="00122950" w:rsidRDefault="00122950"/>
        </w:tc>
        <w:tc>
          <w:tcPr>
            <w:tcW w:w="2578" w:type="dxa"/>
            <w:shd w:val="clear" w:color="auto" w:fill="EAF2F8"/>
            <w:vAlign w:val="center"/>
          </w:tcPr>
          <w:p w14:paraId="693BE652" w14:textId="77777777" w:rsidR="00122950" w:rsidRDefault="00000000">
            <w:r>
              <w:rPr>
                <w:b/>
              </w:rPr>
              <w:t>이메일</w:t>
            </w:r>
          </w:p>
        </w:tc>
        <w:tc>
          <w:tcPr>
            <w:tcW w:w="2578" w:type="dxa"/>
            <w:vAlign w:val="center"/>
          </w:tcPr>
          <w:p w14:paraId="39FFC9E8" w14:textId="77777777" w:rsidR="00122950" w:rsidRDefault="00122950"/>
        </w:tc>
      </w:tr>
      <w:tr w:rsidR="00122950" w14:paraId="71066302" w14:textId="77777777">
        <w:trPr>
          <w:jc w:val="center"/>
        </w:trPr>
        <w:tc>
          <w:tcPr>
            <w:tcW w:w="2578" w:type="dxa"/>
            <w:shd w:val="clear" w:color="auto" w:fill="EAF2F8"/>
            <w:vAlign w:val="center"/>
          </w:tcPr>
          <w:p w14:paraId="62F7E5DB" w14:textId="77777777" w:rsidR="00122950" w:rsidRDefault="00000000">
            <w:r>
              <w:rPr>
                <w:b/>
              </w:rPr>
              <w:t>거주지역</w:t>
            </w:r>
          </w:p>
        </w:tc>
        <w:tc>
          <w:tcPr>
            <w:tcW w:w="2578" w:type="dxa"/>
            <w:vAlign w:val="center"/>
          </w:tcPr>
          <w:p w14:paraId="5B39FD71" w14:textId="77777777" w:rsidR="00122950" w:rsidRDefault="00122950"/>
        </w:tc>
        <w:tc>
          <w:tcPr>
            <w:tcW w:w="2578" w:type="dxa"/>
            <w:shd w:val="clear" w:color="auto" w:fill="EAF2F8"/>
            <w:vAlign w:val="center"/>
          </w:tcPr>
          <w:p w14:paraId="5ABCADB1" w14:textId="77777777" w:rsidR="00122950" w:rsidRDefault="00000000">
            <w:r>
              <w:rPr>
                <w:b/>
              </w:rPr>
              <w:t>현재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직업</w:t>
            </w:r>
          </w:p>
        </w:tc>
        <w:tc>
          <w:tcPr>
            <w:tcW w:w="2578" w:type="dxa"/>
            <w:vAlign w:val="center"/>
          </w:tcPr>
          <w:p w14:paraId="136050BF" w14:textId="77777777" w:rsidR="00122950" w:rsidRDefault="00122950"/>
        </w:tc>
      </w:tr>
      <w:tr w:rsidR="00122950" w14:paraId="10E24D6B" w14:textId="77777777">
        <w:trPr>
          <w:jc w:val="center"/>
        </w:trPr>
        <w:tc>
          <w:tcPr>
            <w:tcW w:w="2578" w:type="dxa"/>
            <w:shd w:val="clear" w:color="auto" w:fill="EAF2F8"/>
            <w:vAlign w:val="center"/>
          </w:tcPr>
          <w:p w14:paraId="1D1149B3" w14:textId="77777777" w:rsidR="00122950" w:rsidRDefault="00000000">
            <w:r>
              <w:rPr>
                <w:b/>
              </w:rPr>
              <w:t>회사</w:t>
            </w:r>
            <w:r>
              <w:rPr>
                <w:b/>
              </w:rPr>
              <w:t>·</w:t>
            </w:r>
            <w:r>
              <w:rPr>
                <w:b/>
              </w:rPr>
              <w:t>사업체명</w:t>
            </w:r>
          </w:p>
        </w:tc>
        <w:tc>
          <w:tcPr>
            <w:tcW w:w="2578" w:type="dxa"/>
            <w:vAlign w:val="center"/>
          </w:tcPr>
          <w:p w14:paraId="3B45292D" w14:textId="77777777" w:rsidR="00122950" w:rsidRDefault="00122950"/>
        </w:tc>
        <w:tc>
          <w:tcPr>
            <w:tcW w:w="2578" w:type="dxa"/>
            <w:shd w:val="clear" w:color="auto" w:fill="EAF2F8"/>
            <w:vAlign w:val="center"/>
          </w:tcPr>
          <w:p w14:paraId="67497252" w14:textId="77777777" w:rsidR="00122950" w:rsidRDefault="00000000">
            <w:r>
              <w:rPr>
                <w:b/>
              </w:rPr>
              <w:t>사업자등록</w:t>
            </w:r>
          </w:p>
        </w:tc>
        <w:tc>
          <w:tcPr>
            <w:tcW w:w="2578" w:type="dxa"/>
            <w:vAlign w:val="center"/>
          </w:tcPr>
          <w:p w14:paraId="07B39EDE" w14:textId="77777777" w:rsidR="00122950" w:rsidRDefault="00000000">
            <w:r>
              <w:t xml:space="preserve">□ </w:t>
            </w:r>
            <w:r>
              <w:t>있음</w:t>
            </w:r>
            <w:r>
              <w:t xml:space="preserve">   □ </w:t>
            </w:r>
            <w:r>
              <w:t>없음</w:t>
            </w:r>
          </w:p>
        </w:tc>
      </w:tr>
    </w:tbl>
    <w:p w14:paraId="54C0C023" w14:textId="77777777" w:rsidR="00122950" w:rsidRDefault="00000000">
      <w:pPr>
        <w:spacing w:before="160" w:after="60"/>
      </w:pPr>
      <w:r>
        <w:rPr>
          <w:b/>
          <w:sz w:val="26"/>
        </w:rPr>
        <w:t xml:space="preserve">2. </w:t>
      </w:r>
      <w:r>
        <w:rPr>
          <w:b/>
          <w:sz w:val="26"/>
        </w:rPr>
        <w:t>현재</w:t>
      </w:r>
      <w:r>
        <w:rPr>
          <w:b/>
          <w:sz w:val="26"/>
        </w:rPr>
        <w:t xml:space="preserve"> </w:t>
      </w:r>
      <w:r>
        <w:rPr>
          <w:b/>
          <w:sz w:val="26"/>
        </w:rPr>
        <w:t>사업</w:t>
      </w:r>
      <w:r>
        <w:rPr>
          <w:b/>
          <w:sz w:val="26"/>
        </w:rPr>
        <w:t xml:space="preserve"> </w:t>
      </w:r>
      <w:r>
        <w:rPr>
          <w:b/>
          <w:sz w:val="26"/>
        </w:rPr>
        <w:t>및</w:t>
      </w:r>
      <w:r>
        <w:rPr>
          <w:b/>
          <w:sz w:val="26"/>
        </w:rPr>
        <w:t xml:space="preserve"> </w:t>
      </w:r>
      <w:r>
        <w:rPr>
          <w:b/>
          <w:sz w:val="26"/>
        </w:rPr>
        <w:t>상품</w:t>
      </w:r>
    </w:p>
    <w:p w14:paraId="0197D663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 xml:space="preserve">① </w:t>
      </w:r>
      <w:r>
        <w:rPr>
          <w:b/>
          <w:lang w:eastAsia="ko-KR"/>
        </w:rPr>
        <w:t>현재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사업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또는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직업에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대해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간단히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설명해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주세요</w:t>
      </w:r>
      <w:r>
        <w:rPr>
          <w:b/>
          <w:lang w:eastAsia="ko-KR"/>
        </w:rPr>
        <w:t>.</w:t>
      </w:r>
    </w:p>
    <w:p w14:paraId="39083502" w14:textId="77777777" w:rsidR="00122950" w:rsidRDefault="00000000">
      <w:pPr>
        <w:spacing w:after="40"/>
        <w:rPr>
          <w:lang w:eastAsia="ko-KR"/>
        </w:rPr>
      </w:pPr>
      <w:r>
        <w:rPr>
          <w:i/>
          <w:sz w:val="17"/>
          <w:lang w:eastAsia="ko-KR"/>
        </w:rPr>
        <w:t>사업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중이라면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업종</w:t>
      </w:r>
      <w:r>
        <w:rPr>
          <w:i/>
          <w:sz w:val="17"/>
          <w:lang w:eastAsia="ko-KR"/>
        </w:rPr>
        <w:t>·</w:t>
      </w:r>
      <w:r>
        <w:rPr>
          <w:i/>
          <w:sz w:val="17"/>
          <w:lang w:eastAsia="ko-KR"/>
        </w:rPr>
        <w:t>주요상품</w:t>
      </w:r>
      <w:r>
        <w:rPr>
          <w:i/>
          <w:sz w:val="17"/>
          <w:lang w:eastAsia="ko-KR"/>
        </w:rPr>
        <w:t>·</w:t>
      </w:r>
      <w:r>
        <w:rPr>
          <w:i/>
          <w:sz w:val="17"/>
          <w:lang w:eastAsia="ko-KR"/>
        </w:rPr>
        <w:t>사업기간을</w:t>
      </w:r>
      <w:r>
        <w:rPr>
          <w:i/>
          <w:sz w:val="17"/>
          <w:lang w:eastAsia="ko-KR"/>
        </w:rPr>
        <w:t xml:space="preserve">, </w:t>
      </w:r>
      <w:r>
        <w:rPr>
          <w:i/>
          <w:sz w:val="17"/>
          <w:lang w:eastAsia="ko-KR"/>
        </w:rPr>
        <w:t>사업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전이라면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현재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하는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일과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향후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창업계획을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적어주세요</w:t>
      </w:r>
      <w:r>
        <w:rPr>
          <w:i/>
          <w:sz w:val="17"/>
          <w:lang w:eastAsia="ko-KR"/>
        </w:rPr>
        <w:t>.</w:t>
      </w:r>
    </w:p>
    <w:p w14:paraId="0AE66B8B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44B85BF5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6FACA323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 xml:space="preserve">② </w:t>
      </w:r>
      <w:r>
        <w:rPr>
          <w:b/>
          <w:lang w:eastAsia="ko-KR"/>
        </w:rPr>
        <w:t>해외에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판매하고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싶거나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현재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판매하고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있는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상품은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무엇입니까</w:t>
      </w:r>
      <w:r>
        <w:rPr>
          <w:b/>
          <w:lang w:eastAsia="ko-KR"/>
        </w:rPr>
        <w:t>?</w:t>
      </w:r>
    </w:p>
    <w:p w14:paraId="4CFB6D73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64A2B8CE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 xml:space="preserve">③ </w:t>
      </w:r>
      <w:r>
        <w:rPr>
          <w:b/>
          <w:lang w:eastAsia="ko-KR"/>
        </w:rPr>
        <w:t>그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상품을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선택한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이유와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해외시장에서의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경쟁력은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무엇이라고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생각합니까</w:t>
      </w:r>
      <w:r>
        <w:rPr>
          <w:b/>
          <w:lang w:eastAsia="ko-KR"/>
        </w:rPr>
        <w:t>?</w:t>
      </w:r>
    </w:p>
    <w:p w14:paraId="5198A37B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67C48E0E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7A8AB042" w14:textId="77777777" w:rsidR="00122950" w:rsidRDefault="00000000">
      <w:pPr>
        <w:rPr>
          <w:lang w:eastAsia="ko-KR"/>
        </w:rPr>
      </w:pPr>
      <w:r>
        <w:rPr>
          <w:b/>
          <w:lang w:eastAsia="ko-KR"/>
        </w:rPr>
        <w:t xml:space="preserve">④ </w:t>
      </w:r>
      <w:r>
        <w:rPr>
          <w:b/>
          <w:lang w:eastAsia="ko-KR"/>
        </w:rPr>
        <w:t>현재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판매현황을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표시해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주세요</w:t>
      </w:r>
      <w:r>
        <w:rPr>
          <w:b/>
          <w:lang w:eastAsia="ko-KR"/>
        </w:rPr>
        <w:t>. (</w:t>
      </w:r>
      <w:r>
        <w:rPr>
          <w:b/>
          <w:lang w:eastAsia="ko-KR"/>
        </w:rPr>
        <w:t>복수선택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가능</w:t>
      </w:r>
      <w:r>
        <w:rPr>
          <w:b/>
          <w:lang w:eastAsia="ko-KR"/>
        </w:rPr>
        <w:t>)</w:t>
      </w:r>
    </w:p>
    <w:p w14:paraId="3598D9E0" w14:textId="77777777" w:rsidR="00122950" w:rsidRDefault="00000000">
      <w:pPr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판매</w:t>
      </w:r>
      <w:r>
        <w:rPr>
          <w:lang w:eastAsia="ko-KR"/>
        </w:rPr>
        <w:t xml:space="preserve"> </w:t>
      </w:r>
      <w:r>
        <w:rPr>
          <w:lang w:eastAsia="ko-KR"/>
        </w:rPr>
        <w:t>전</w:t>
      </w:r>
      <w:r>
        <w:rPr>
          <w:lang w:eastAsia="ko-KR"/>
        </w:rPr>
        <w:t xml:space="preserve">   □ </w:t>
      </w:r>
      <w:r>
        <w:rPr>
          <w:lang w:eastAsia="ko-KR"/>
        </w:rPr>
        <w:t>국내</w:t>
      </w:r>
      <w:r>
        <w:rPr>
          <w:lang w:eastAsia="ko-KR"/>
        </w:rPr>
        <w:t xml:space="preserve"> </w:t>
      </w:r>
      <w:r>
        <w:rPr>
          <w:lang w:eastAsia="ko-KR"/>
        </w:rPr>
        <w:t>오프라인</w:t>
      </w:r>
      <w:r>
        <w:rPr>
          <w:lang w:eastAsia="ko-KR"/>
        </w:rPr>
        <w:t xml:space="preserve">   □ </w:t>
      </w:r>
      <w:r>
        <w:rPr>
          <w:lang w:eastAsia="ko-KR"/>
        </w:rPr>
        <w:t>국내</w:t>
      </w:r>
      <w:r>
        <w:rPr>
          <w:lang w:eastAsia="ko-KR"/>
        </w:rPr>
        <w:t xml:space="preserve"> </w:t>
      </w:r>
      <w:r>
        <w:rPr>
          <w:lang w:eastAsia="ko-KR"/>
        </w:rPr>
        <w:t>온라인몰</w:t>
      </w:r>
      <w:r>
        <w:rPr>
          <w:lang w:eastAsia="ko-KR"/>
        </w:rPr>
        <w:t xml:space="preserve">   □ </w:t>
      </w:r>
      <w:r>
        <w:rPr>
          <w:lang w:eastAsia="ko-KR"/>
        </w:rPr>
        <w:t>국내</w:t>
      </w:r>
      <w:r>
        <w:rPr>
          <w:lang w:eastAsia="ko-KR"/>
        </w:rPr>
        <w:t xml:space="preserve"> </w:t>
      </w:r>
      <w:r>
        <w:rPr>
          <w:lang w:eastAsia="ko-KR"/>
        </w:rPr>
        <w:t>자사몰</w:t>
      </w:r>
      <w:r>
        <w:rPr>
          <w:lang w:eastAsia="ko-KR"/>
        </w:rPr>
        <w:t xml:space="preserve">   □ </w:t>
      </w:r>
      <w:r>
        <w:rPr>
          <w:lang w:eastAsia="ko-KR"/>
        </w:rPr>
        <w:t>해외</w:t>
      </w:r>
      <w:r>
        <w:rPr>
          <w:lang w:eastAsia="ko-KR"/>
        </w:rPr>
        <w:t xml:space="preserve"> </w:t>
      </w:r>
      <w:r>
        <w:rPr>
          <w:lang w:eastAsia="ko-KR"/>
        </w:rPr>
        <w:t>플랫폼</w:t>
      </w:r>
      <w:r>
        <w:rPr>
          <w:lang w:eastAsia="ko-KR"/>
        </w:rPr>
        <w:t xml:space="preserve">   □ </w:t>
      </w:r>
      <w:r>
        <w:rPr>
          <w:lang w:eastAsia="ko-KR"/>
        </w:rPr>
        <w:t>해외</w:t>
      </w:r>
      <w:r>
        <w:rPr>
          <w:lang w:eastAsia="ko-KR"/>
        </w:rPr>
        <w:t xml:space="preserve"> </w:t>
      </w:r>
      <w:r>
        <w:rPr>
          <w:lang w:eastAsia="ko-KR"/>
        </w:rPr>
        <w:t>자사몰</w:t>
      </w:r>
      <w:r>
        <w:rPr>
          <w:lang w:eastAsia="ko-KR"/>
        </w:rPr>
        <w:t xml:space="preserve">   □ </w:t>
      </w:r>
      <w:r>
        <w:rPr>
          <w:lang w:eastAsia="ko-KR"/>
        </w:rPr>
        <w:t>기타</w:t>
      </w:r>
      <w:r>
        <w:rPr>
          <w:lang w:eastAsia="ko-KR"/>
        </w:rPr>
        <w:t xml:space="preserve"> __________</w:t>
      </w:r>
    </w:p>
    <w:p w14:paraId="43EB30A1" w14:textId="77777777" w:rsidR="00122950" w:rsidRDefault="00000000">
      <w:pPr>
        <w:rPr>
          <w:lang w:eastAsia="ko-KR"/>
        </w:rPr>
      </w:pPr>
      <w:r>
        <w:rPr>
          <w:b/>
          <w:lang w:eastAsia="ko-KR"/>
        </w:rPr>
        <w:t xml:space="preserve">⑤ </w:t>
      </w:r>
      <w:r>
        <w:rPr>
          <w:b/>
          <w:lang w:eastAsia="ko-KR"/>
        </w:rPr>
        <w:t>해외판매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경험이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있습니까</w:t>
      </w:r>
      <w:r>
        <w:rPr>
          <w:b/>
          <w:lang w:eastAsia="ko-KR"/>
        </w:rPr>
        <w:t>?</w:t>
      </w:r>
    </w:p>
    <w:p w14:paraId="30B56A8E" w14:textId="77777777" w:rsidR="00122950" w:rsidRDefault="00000000">
      <w:pPr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없음</w:t>
      </w:r>
      <w:r>
        <w:rPr>
          <w:lang w:eastAsia="ko-KR"/>
        </w:rPr>
        <w:t xml:space="preserve">   □ </w:t>
      </w:r>
      <w:r>
        <w:rPr>
          <w:lang w:eastAsia="ko-KR"/>
        </w:rPr>
        <w:t>해외</w:t>
      </w:r>
      <w:r>
        <w:rPr>
          <w:lang w:eastAsia="ko-KR"/>
        </w:rPr>
        <w:t xml:space="preserve"> </w:t>
      </w:r>
      <w:r>
        <w:rPr>
          <w:lang w:eastAsia="ko-KR"/>
        </w:rPr>
        <w:t>플랫폼</w:t>
      </w:r>
      <w:r>
        <w:rPr>
          <w:lang w:eastAsia="ko-KR"/>
        </w:rPr>
        <w:t xml:space="preserve"> </w:t>
      </w:r>
      <w:r>
        <w:rPr>
          <w:lang w:eastAsia="ko-KR"/>
        </w:rPr>
        <w:t>판매</w:t>
      </w:r>
      <w:r>
        <w:rPr>
          <w:lang w:eastAsia="ko-KR"/>
        </w:rPr>
        <w:t xml:space="preserve">   □ </w:t>
      </w:r>
      <w:r>
        <w:rPr>
          <w:lang w:eastAsia="ko-KR"/>
        </w:rPr>
        <w:t>해외</w:t>
      </w:r>
      <w:r>
        <w:rPr>
          <w:lang w:eastAsia="ko-KR"/>
        </w:rPr>
        <w:t xml:space="preserve"> </w:t>
      </w:r>
      <w:r>
        <w:rPr>
          <w:lang w:eastAsia="ko-KR"/>
        </w:rPr>
        <w:t>자사몰</w:t>
      </w:r>
      <w:r>
        <w:rPr>
          <w:lang w:eastAsia="ko-KR"/>
        </w:rPr>
        <w:t xml:space="preserve"> </w:t>
      </w:r>
      <w:r>
        <w:rPr>
          <w:lang w:eastAsia="ko-KR"/>
        </w:rPr>
        <w:t>판매</w:t>
      </w:r>
      <w:r>
        <w:rPr>
          <w:lang w:eastAsia="ko-KR"/>
        </w:rPr>
        <w:t xml:space="preserve">   □ </w:t>
      </w:r>
      <w:r>
        <w:rPr>
          <w:lang w:eastAsia="ko-KR"/>
        </w:rPr>
        <w:t>수출</w:t>
      </w:r>
      <w:r>
        <w:rPr>
          <w:lang w:eastAsia="ko-KR"/>
        </w:rPr>
        <w:t xml:space="preserve"> </w:t>
      </w:r>
      <w:r>
        <w:rPr>
          <w:lang w:eastAsia="ko-KR"/>
        </w:rPr>
        <w:t>경험</w:t>
      </w:r>
      <w:r>
        <w:rPr>
          <w:lang w:eastAsia="ko-KR"/>
        </w:rPr>
        <w:t xml:space="preserve">   □ </w:t>
      </w:r>
      <w:r>
        <w:rPr>
          <w:lang w:eastAsia="ko-KR"/>
        </w:rPr>
        <w:t>기타</w:t>
      </w:r>
      <w:r>
        <w:rPr>
          <w:lang w:eastAsia="ko-KR"/>
        </w:rPr>
        <w:t xml:space="preserve"> __________</w:t>
      </w:r>
    </w:p>
    <w:p w14:paraId="3AC589CD" w14:textId="77777777" w:rsidR="00122950" w:rsidRDefault="00000000">
      <w:pPr>
        <w:spacing w:before="160" w:after="60"/>
        <w:rPr>
          <w:lang w:eastAsia="ko-KR"/>
        </w:rPr>
      </w:pPr>
      <w:r>
        <w:rPr>
          <w:b/>
          <w:sz w:val="26"/>
          <w:lang w:eastAsia="ko-KR"/>
        </w:rPr>
        <w:t xml:space="preserve">3. </w:t>
      </w:r>
      <w:r>
        <w:rPr>
          <w:b/>
          <w:sz w:val="26"/>
          <w:lang w:eastAsia="ko-KR"/>
        </w:rPr>
        <w:t>해외직판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준비현황</w:t>
      </w:r>
    </w:p>
    <w:p w14:paraId="47444A80" w14:textId="77777777" w:rsidR="00122950" w:rsidRDefault="00000000">
      <w:pPr>
        <w:rPr>
          <w:lang w:eastAsia="ko-KR"/>
        </w:rPr>
      </w:pPr>
      <w:r>
        <w:rPr>
          <w:lang w:eastAsia="ko-KR"/>
        </w:rPr>
        <w:t>현재</w:t>
      </w:r>
      <w:r>
        <w:rPr>
          <w:lang w:eastAsia="ko-KR"/>
        </w:rPr>
        <w:t xml:space="preserve"> </w:t>
      </w:r>
      <w:r>
        <w:rPr>
          <w:lang w:eastAsia="ko-KR"/>
        </w:rPr>
        <w:t>준비되어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항목에</w:t>
      </w:r>
      <w:r>
        <w:rPr>
          <w:lang w:eastAsia="ko-KR"/>
        </w:rPr>
        <w:t xml:space="preserve"> </w:t>
      </w:r>
      <w:r>
        <w:rPr>
          <w:lang w:eastAsia="ko-KR"/>
        </w:rPr>
        <w:t>모두</w:t>
      </w:r>
      <w:r>
        <w:rPr>
          <w:lang w:eastAsia="ko-KR"/>
        </w:rPr>
        <w:t xml:space="preserve"> </w:t>
      </w:r>
      <w:r>
        <w:rPr>
          <w:lang w:eastAsia="ko-KR"/>
        </w:rPr>
        <w:t>표시해</w:t>
      </w:r>
      <w:r>
        <w:rPr>
          <w:lang w:eastAsia="ko-KR"/>
        </w:rPr>
        <w:t xml:space="preserve"> </w:t>
      </w:r>
      <w:r>
        <w:rPr>
          <w:lang w:eastAsia="ko-KR"/>
        </w:rPr>
        <w:t>주세요</w:t>
      </w:r>
      <w:r>
        <w:rPr>
          <w:lang w:eastAsia="ko-KR"/>
        </w:rPr>
        <w:t>.</w:t>
      </w:r>
    </w:p>
    <w:p w14:paraId="21EADFDA" w14:textId="77777777" w:rsidR="00122950" w:rsidRDefault="00000000">
      <w:pPr>
        <w:spacing w:after="20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판매할</w:t>
      </w:r>
      <w:r>
        <w:rPr>
          <w:lang w:eastAsia="ko-KR"/>
        </w:rPr>
        <w:t xml:space="preserve"> </w:t>
      </w:r>
      <w:r>
        <w:rPr>
          <w:lang w:eastAsia="ko-KR"/>
        </w:rPr>
        <w:t>상품이</w:t>
      </w:r>
      <w:r>
        <w:rPr>
          <w:lang w:eastAsia="ko-KR"/>
        </w:rPr>
        <w:t xml:space="preserve"> </w:t>
      </w:r>
      <w:r>
        <w:rPr>
          <w:lang w:eastAsia="ko-KR"/>
        </w:rPr>
        <w:t>정해져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     □ </w:t>
      </w:r>
      <w:r>
        <w:rPr>
          <w:lang w:eastAsia="ko-KR"/>
        </w:rPr>
        <w:t>상품</w:t>
      </w:r>
      <w:r>
        <w:rPr>
          <w:lang w:eastAsia="ko-KR"/>
        </w:rPr>
        <w:t xml:space="preserve"> </w:t>
      </w:r>
      <w:r>
        <w:rPr>
          <w:lang w:eastAsia="ko-KR"/>
        </w:rPr>
        <w:t>공급처가</w:t>
      </w:r>
      <w:r>
        <w:rPr>
          <w:lang w:eastAsia="ko-KR"/>
        </w:rPr>
        <w:t xml:space="preserve"> </w:t>
      </w:r>
      <w:r>
        <w:rPr>
          <w:lang w:eastAsia="ko-KR"/>
        </w:rPr>
        <w:t>확보되어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</w:p>
    <w:p w14:paraId="4A9A6F62" w14:textId="77777777" w:rsidR="00122950" w:rsidRDefault="00000000">
      <w:pPr>
        <w:spacing w:after="20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직접</w:t>
      </w:r>
      <w:r>
        <w:rPr>
          <w:lang w:eastAsia="ko-KR"/>
        </w:rPr>
        <w:t xml:space="preserve"> </w:t>
      </w:r>
      <w:r>
        <w:rPr>
          <w:lang w:eastAsia="ko-KR"/>
        </w:rPr>
        <w:t>제조</w:t>
      </w:r>
      <w:r>
        <w:rPr>
          <w:lang w:eastAsia="ko-KR"/>
        </w:rPr>
        <w:t>·</w:t>
      </w:r>
      <w:r>
        <w:rPr>
          <w:lang w:eastAsia="ko-KR"/>
        </w:rPr>
        <w:t>자체</w:t>
      </w:r>
      <w:r>
        <w:rPr>
          <w:lang w:eastAsia="ko-KR"/>
        </w:rPr>
        <w:t xml:space="preserve"> </w:t>
      </w:r>
      <w:r>
        <w:rPr>
          <w:lang w:eastAsia="ko-KR"/>
        </w:rPr>
        <w:t>브랜드</w:t>
      </w:r>
      <w:r>
        <w:rPr>
          <w:lang w:eastAsia="ko-KR"/>
        </w:rPr>
        <w:t xml:space="preserve"> </w:t>
      </w:r>
      <w:r>
        <w:rPr>
          <w:lang w:eastAsia="ko-KR"/>
        </w:rPr>
        <w:t>상품이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     □ </w:t>
      </w:r>
      <w:r>
        <w:rPr>
          <w:lang w:eastAsia="ko-KR"/>
        </w:rPr>
        <w:t>제품사진</w:t>
      </w:r>
      <w:r>
        <w:rPr>
          <w:lang w:eastAsia="ko-KR"/>
        </w:rPr>
        <w:t>·</w:t>
      </w:r>
      <w:r>
        <w:rPr>
          <w:lang w:eastAsia="ko-KR"/>
        </w:rPr>
        <w:t>상세페이지가</w:t>
      </w:r>
      <w:r>
        <w:rPr>
          <w:lang w:eastAsia="ko-KR"/>
        </w:rPr>
        <w:t xml:space="preserve"> </w:t>
      </w:r>
      <w:r>
        <w:rPr>
          <w:lang w:eastAsia="ko-KR"/>
        </w:rPr>
        <w:t>준비되어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</w:p>
    <w:p w14:paraId="21AFDD7E" w14:textId="3CDCBAFA" w:rsidR="00122950" w:rsidRDefault="00000000">
      <w:pPr>
        <w:spacing w:after="20"/>
        <w:rPr>
          <w:lang w:eastAsia="ko-KR"/>
        </w:rPr>
      </w:pPr>
      <w:r>
        <w:rPr>
          <w:lang w:eastAsia="ko-KR"/>
        </w:rPr>
        <w:lastRenderedPageBreak/>
        <w:t xml:space="preserve">□ </w:t>
      </w:r>
      <w:r>
        <w:rPr>
          <w:lang w:eastAsia="ko-KR"/>
        </w:rPr>
        <w:t>국내</w:t>
      </w:r>
      <w:r>
        <w:rPr>
          <w:lang w:eastAsia="ko-KR"/>
        </w:rPr>
        <w:t xml:space="preserve"> </w:t>
      </w:r>
      <w:r>
        <w:rPr>
          <w:lang w:eastAsia="ko-KR"/>
        </w:rPr>
        <w:t>온라인</w:t>
      </w:r>
      <w:r>
        <w:rPr>
          <w:lang w:eastAsia="ko-KR"/>
        </w:rPr>
        <w:t xml:space="preserve"> </w:t>
      </w:r>
      <w:r>
        <w:rPr>
          <w:lang w:eastAsia="ko-KR"/>
        </w:rPr>
        <w:t>판매</w:t>
      </w:r>
      <w:r>
        <w:rPr>
          <w:lang w:eastAsia="ko-KR"/>
        </w:rPr>
        <w:t xml:space="preserve"> </w:t>
      </w:r>
      <w:r>
        <w:rPr>
          <w:lang w:eastAsia="ko-KR"/>
        </w:rPr>
        <w:t>경험이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    </w:t>
      </w:r>
      <w:r w:rsidR="00574322">
        <w:rPr>
          <w:rFonts w:eastAsia="맑은 고딕" w:hint="eastAsia"/>
          <w:lang w:eastAsia="ko-KR"/>
        </w:rPr>
        <w:t xml:space="preserve">      </w:t>
      </w:r>
      <w:r>
        <w:rPr>
          <w:lang w:eastAsia="ko-KR"/>
        </w:rPr>
        <w:t xml:space="preserve"> □ </w:t>
      </w:r>
      <w:r>
        <w:rPr>
          <w:lang w:eastAsia="ko-KR"/>
        </w:rPr>
        <w:t>자사몰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경험이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</w:p>
    <w:p w14:paraId="72D0EAE9" w14:textId="5936044E" w:rsidR="00122950" w:rsidRDefault="00000000">
      <w:pPr>
        <w:spacing w:after="20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온라인</w:t>
      </w:r>
      <w:r>
        <w:rPr>
          <w:lang w:eastAsia="ko-KR"/>
        </w:rPr>
        <w:t xml:space="preserve"> </w:t>
      </w:r>
      <w:r>
        <w:rPr>
          <w:lang w:eastAsia="ko-KR"/>
        </w:rPr>
        <w:t>광고</w:t>
      </w:r>
      <w:r>
        <w:rPr>
          <w:lang w:eastAsia="ko-KR"/>
        </w:rPr>
        <w:t xml:space="preserve"> </w:t>
      </w:r>
      <w:r>
        <w:rPr>
          <w:lang w:eastAsia="ko-KR"/>
        </w:rPr>
        <w:t>집행</w:t>
      </w:r>
      <w:r>
        <w:rPr>
          <w:lang w:eastAsia="ko-KR"/>
        </w:rPr>
        <w:t xml:space="preserve"> </w:t>
      </w:r>
      <w:r>
        <w:rPr>
          <w:lang w:eastAsia="ko-KR"/>
        </w:rPr>
        <w:t>경험이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    </w:t>
      </w:r>
      <w:r w:rsidR="00574322">
        <w:rPr>
          <w:rFonts w:eastAsia="맑은 고딕" w:hint="eastAsia"/>
          <w:lang w:eastAsia="ko-KR"/>
        </w:rPr>
        <w:t xml:space="preserve">      </w:t>
      </w:r>
      <w:r>
        <w:rPr>
          <w:lang w:eastAsia="ko-KR"/>
        </w:rPr>
        <w:t xml:space="preserve"> □ </w:t>
      </w:r>
      <w:r>
        <w:rPr>
          <w:lang w:eastAsia="ko-KR"/>
        </w:rPr>
        <w:t>해외판매</w:t>
      </w:r>
      <w:r>
        <w:rPr>
          <w:lang w:eastAsia="ko-KR"/>
        </w:rPr>
        <w:t>·</w:t>
      </w:r>
      <w:r>
        <w:rPr>
          <w:lang w:eastAsia="ko-KR"/>
        </w:rPr>
        <w:t>수출</w:t>
      </w:r>
      <w:r>
        <w:rPr>
          <w:lang w:eastAsia="ko-KR"/>
        </w:rPr>
        <w:t xml:space="preserve"> </w:t>
      </w:r>
      <w:r>
        <w:rPr>
          <w:lang w:eastAsia="ko-KR"/>
        </w:rPr>
        <w:t>경험이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</w:p>
    <w:p w14:paraId="53D0D911" w14:textId="77777777" w:rsidR="00122950" w:rsidRDefault="00000000">
      <w:pPr>
        <w:spacing w:after="20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진출하고</w:t>
      </w:r>
      <w:r>
        <w:rPr>
          <w:lang w:eastAsia="ko-KR"/>
        </w:rPr>
        <w:t xml:space="preserve"> </w:t>
      </w:r>
      <w:r>
        <w:rPr>
          <w:lang w:eastAsia="ko-KR"/>
        </w:rPr>
        <w:t>싶은</w:t>
      </w:r>
      <w:r>
        <w:rPr>
          <w:lang w:eastAsia="ko-KR"/>
        </w:rPr>
        <w:t xml:space="preserve"> </w:t>
      </w:r>
      <w:r>
        <w:rPr>
          <w:lang w:eastAsia="ko-KR"/>
        </w:rPr>
        <w:t>국가가</w:t>
      </w:r>
      <w:r>
        <w:rPr>
          <w:lang w:eastAsia="ko-KR"/>
        </w:rPr>
        <w:t xml:space="preserve"> </w:t>
      </w:r>
      <w:r>
        <w:rPr>
          <w:lang w:eastAsia="ko-KR"/>
        </w:rPr>
        <w:t>정해져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     □ </w:t>
      </w:r>
      <w:r>
        <w:rPr>
          <w:lang w:eastAsia="ko-KR"/>
        </w:rPr>
        <w:t>정부</w:t>
      </w:r>
      <w:r>
        <w:rPr>
          <w:lang w:eastAsia="ko-KR"/>
        </w:rPr>
        <w:t xml:space="preserve"> </w:t>
      </w:r>
      <w:r>
        <w:rPr>
          <w:lang w:eastAsia="ko-KR"/>
        </w:rPr>
        <w:t>수출지원사업</w:t>
      </w:r>
      <w:r>
        <w:rPr>
          <w:lang w:eastAsia="ko-KR"/>
        </w:rPr>
        <w:t xml:space="preserve"> </w:t>
      </w:r>
      <w:r>
        <w:rPr>
          <w:lang w:eastAsia="ko-KR"/>
        </w:rPr>
        <w:t>경험이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</w:p>
    <w:p w14:paraId="0E2434B9" w14:textId="77777777" w:rsidR="00122950" w:rsidRDefault="00000000">
      <w:pPr>
        <w:spacing w:after="20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아직</w:t>
      </w:r>
      <w:r>
        <w:rPr>
          <w:lang w:eastAsia="ko-KR"/>
        </w:rPr>
        <w:t xml:space="preserve"> </w:t>
      </w:r>
      <w:r>
        <w:rPr>
          <w:lang w:eastAsia="ko-KR"/>
        </w:rPr>
        <w:t>구체적으로</w:t>
      </w:r>
      <w:r>
        <w:rPr>
          <w:lang w:eastAsia="ko-KR"/>
        </w:rPr>
        <w:t xml:space="preserve"> </w:t>
      </w:r>
      <w:r>
        <w:rPr>
          <w:lang w:eastAsia="ko-KR"/>
        </w:rPr>
        <w:t>준비된</w:t>
      </w:r>
      <w:r>
        <w:rPr>
          <w:lang w:eastAsia="ko-KR"/>
        </w:rPr>
        <w:t xml:space="preserve"> </w:t>
      </w:r>
      <w:r>
        <w:rPr>
          <w:lang w:eastAsia="ko-KR"/>
        </w:rPr>
        <w:t>것은</w:t>
      </w:r>
      <w:r>
        <w:rPr>
          <w:lang w:eastAsia="ko-KR"/>
        </w:rPr>
        <w:t xml:space="preserve"> </w:t>
      </w:r>
      <w:r>
        <w:rPr>
          <w:lang w:eastAsia="ko-KR"/>
        </w:rPr>
        <w:t>없다</w:t>
      </w:r>
    </w:p>
    <w:p w14:paraId="1E0764FE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>가장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먼저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진출하고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싶은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국가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또는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시장은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어디입니까</w:t>
      </w:r>
      <w:r>
        <w:rPr>
          <w:b/>
          <w:lang w:eastAsia="ko-KR"/>
        </w:rPr>
        <w:t>?</w:t>
      </w:r>
    </w:p>
    <w:p w14:paraId="1CBA1834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2A3F31A6" w14:textId="77777777" w:rsidR="00122950" w:rsidRDefault="00000000">
      <w:pPr>
        <w:spacing w:before="160" w:after="60"/>
        <w:rPr>
          <w:lang w:eastAsia="ko-KR"/>
        </w:rPr>
      </w:pPr>
      <w:r>
        <w:rPr>
          <w:b/>
          <w:sz w:val="26"/>
          <w:lang w:eastAsia="ko-KR"/>
        </w:rPr>
        <w:t xml:space="preserve">4. </w:t>
      </w:r>
      <w:r>
        <w:rPr>
          <w:b/>
          <w:sz w:val="26"/>
          <w:lang w:eastAsia="ko-KR"/>
        </w:rPr>
        <w:t>해외직판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사업의지</w:t>
      </w:r>
      <w:r>
        <w:rPr>
          <w:b/>
          <w:lang w:eastAsia="ko-KR"/>
        </w:rPr>
        <w:t xml:space="preserve">  ★ </w:t>
      </w:r>
      <w:r>
        <w:rPr>
          <w:b/>
          <w:lang w:eastAsia="ko-KR"/>
        </w:rPr>
        <w:t>중요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평가항목</w:t>
      </w:r>
    </w:p>
    <w:p w14:paraId="55606DF8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 xml:space="preserve">① </w:t>
      </w:r>
      <w:r>
        <w:rPr>
          <w:b/>
          <w:lang w:eastAsia="ko-KR"/>
        </w:rPr>
        <w:t>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지금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해외직판을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시작하려고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합니까</w:t>
      </w:r>
      <w:r>
        <w:rPr>
          <w:b/>
          <w:lang w:eastAsia="ko-KR"/>
        </w:rPr>
        <w:t>?</w:t>
      </w:r>
    </w:p>
    <w:p w14:paraId="6F679390" w14:textId="77777777" w:rsidR="00122950" w:rsidRDefault="00000000">
      <w:pPr>
        <w:spacing w:after="40"/>
        <w:rPr>
          <w:lang w:eastAsia="ko-KR"/>
        </w:rPr>
      </w:pPr>
      <w:r>
        <w:rPr>
          <w:i/>
          <w:sz w:val="17"/>
          <w:lang w:eastAsia="ko-KR"/>
        </w:rPr>
        <w:t>단순한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관심이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아니라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본인이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해외직판을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해야겠다고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생각하게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된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계기를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구체적으로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적어주세요</w:t>
      </w:r>
      <w:r>
        <w:rPr>
          <w:i/>
          <w:sz w:val="17"/>
          <w:lang w:eastAsia="ko-KR"/>
        </w:rPr>
        <w:t>.</w:t>
      </w:r>
    </w:p>
    <w:p w14:paraId="7394FEA9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35FA8345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668ABADE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732FB774" w14:textId="77777777" w:rsidR="00122950" w:rsidRDefault="00000000">
      <w:pPr>
        <w:rPr>
          <w:lang w:eastAsia="ko-KR"/>
        </w:rPr>
      </w:pPr>
      <w:r>
        <w:rPr>
          <w:b/>
          <w:lang w:eastAsia="ko-KR"/>
        </w:rPr>
        <w:t xml:space="preserve">② </w:t>
      </w:r>
      <w:r>
        <w:rPr>
          <w:b/>
          <w:lang w:eastAsia="ko-KR"/>
        </w:rPr>
        <w:t>아카데미에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참여하지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않더라도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해외직판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사업을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시작할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생각이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있습니까</w:t>
      </w:r>
      <w:r>
        <w:rPr>
          <w:b/>
          <w:lang w:eastAsia="ko-KR"/>
        </w:rPr>
        <w:t>?</w:t>
      </w:r>
    </w:p>
    <w:p w14:paraId="089DD10F" w14:textId="77777777" w:rsidR="00122950" w:rsidRDefault="00000000">
      <w:pPr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반드시</w:t>
      </w:r>
      <w:r>
        <w:rPr>
          <w:lang w:eastAsia="ko-KR"/>
        </w:rPr>
        <w:t xml:space="preserve"> </w:t>
      </w:r>
      <w:r>
        <w:rPr>
          <w:lang w:eastAsia="ko-KR"/>
        </w:rPr>
        <w:t>시작할</w:t>
      </w:r>
      <w:r>
        <w:rPr>
          <w:lang w:eastAsia="ko-KR"/>
        </w:rPr>
        <w:t xml:space="preserve"> </w:t>
      </w:r>
      <w:r>
        <w:rPr>
          <w:lang w:eastAsia="ko-KR"/>
        </w:rPr>
        <w:t>생각이다</w:t>
      </w:r>
      <w:r>
        <w:rPr>
          <w:lang w:eastAsia="ko-KR"/>
        </w:rPr>
        <w:t xml:space="preserve">   □ </w:t>
      </w:r>
      <w:r>
        <w:rPr>
          <w:lang w:eastAsia="ko-KR"/>
        </w:rPr>
        <w:t>가능하면</w:t>
      </w:r>
      <w:r>
        <w:rPr>
          <w:lang w:eastAsia="ko-KR"/>
        </w:rPr>
        <w:t xml:space="preserve"> </w:t>
      </w:r>
      <w:r>
        <w:rPr>
          <w:lang w:eastAsia="ko-KR"/>
        </w:rPr>
        <w:t>시작한다</w:t>
      </w:r>
      <w:r>
        <w:rPr>
          <w:lang w:eastAsia="ko-KR"/>
        </w:rPr>
        <w:t xml:space="preserve">   □ </w:t>
      </w: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결정한다</w:t>
      </w:r>
      <w:r>
        <w:rPr>
          <w:lang w:eastAsia="ko-KR"/>
        </w:rPr>
        <w:t xml:space="preserve">   □ </w:t>
      </w:r>
      <w:r>
        <w:rPr>
          <w:lang w:eastAsia="ko-KR"/>
        </w:rPr>
        <w:t>아직</w:t>
      </w:r>
      <w:r>
        <w:rPr>
          <w:lang w:eastAsia="ko-KR"/>
        </w:rPr>
        <w:t xml:space="preserve"> </w:t>
      </w:r>
      <w:r>
        <w:rPr>
          <w:lang w:eastAsia="ko-KR"/>
        </w:rPr>
        <w:t>잘</w:t>
      </w:r>
      <w:r>
        <w:rPr>
          <w:lang w:eastAsia="ko-KR"/>
        </w:rPr>
        <w:t xml:space="preserve"> </w:t>
      </w:r>
      <w:r>
        <w:rPr>
          <w:lang w:eastAsia="ko-KR"/>
        </w:rPr>
        <w:t>모르겠다</w:t>
      </w:r>
    </w:p>
    <w:p w14:paraId="2969DFED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>그렇게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답한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이유는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무엇입니까</w:t>
      </w:r>
      <w:r>
        <w:rPr>
          <w:b/>
          <w:lang w:eastAsia="ko-KR"/>
        </w:rPr>
        <w:t>?</w:t>
      </w:r>
    </w:p>
    <w:p w14:paraId="5DC058C5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371A56F5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0886C33C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 xml:space="preserve">③ </w:t>
      </w:r>
      <w:r>
        <w:rPr>
          <w:b/>
          <w:lang w:eastAsia="ko-KR"/>
        </w:rPr>
        <w:t>해외직판을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시작하기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위해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최근</w:t>
      </w:r>
      <w:r>
        <w:rPr>
          <w:b/>
          <w:lang w:eastAsia="ko-KR"/>
        </w:rPr>
        <w:t xml:space="preserve"> 6</w:t>
      </w:r>
      <w:r>
        <w:rPr>
          <w:b/>
          <w:lang w:eastAsia="ko-KR"/>
        </w:rPr>
        <w:t>개월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동안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실제로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해본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일이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있다면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적어주세요</w:t>
      </w:r>
      <w:r>
        <w:rPr>
          <w:b/>
          <w:lang w:eastAsia="ko-KR"/>
        </w:rPr>
        <w:t>.</w:t>
      </w:r>
    </w:p>
    <w:p w14:paraId="34FC7A30" w14:textId="77777777" w:rsidR="00122950" w:rsidRDefault="00000000">
      <w:pPr>
        <w:spacing w:after="40"/>
        <w:rPr>
          <w:lang w:eastAsia="ko-KR"/>
        </w:rPr>
      </w:pPr>
      <w:r>
        <w:rPr>
          <w:i/>
          <w:sz w:val="17"/>
          <w:lang w:eastAsia="ko-KR"/>
        </w:rPr>
        <w:t>예</w:t>
      </w:r>
      <w:r>
        <w:rPr>
          <w:i/>
          <w:sz w:val="17"/>
          <w:lang w:eastAsia="ko-KR"/>
        </w:rPr>
        <w:t xml:space="preserve">: </w:t>
      </w:r>
      <w:r>
        <w:rPr>
          <w:i/>
          <w:sz w:val="17"/>
          <w:lang w:eastAsia="ko-KR"/>
        </w:rPr>
        <w:t>상품</w:t>
      </w:r>
      <w:r>
        <w:rPr>
          <w:i/>
          <w:sz w:val="17"/>
          <w:lang w:eastAsia="ko-KR"/>
        </w:rPr>
        <w:t>·</w:t>
      </w:r>
      <w:r>
        <w:rPr>
          <w:i/>
          <w:sz w:val="17"/>
          <w:lang w:eastAsia="ko-KR"/>
        </w:rPr>
        <w:t>시장조사</w:t>
      </w:r>
      <w:r>
        <w:rPr>
          <w:i/>
          <w:sz w:val="17"/>
          <w:lang w:eastAsia="ko-KR"/>
        </w:rPr>
        <w:t xml:space="preserve">, </w:t>
      </w:r>
      <w:r>
        <w:rPr>
          <w:i/>
          <w:sz w:val="17"/>
          <w:lang w:eastAsia="ko-KR"/>
        </w:rPr>
        <w:t>사업자등록</w:t>
      </w:r>
      <w:r>
        <w:rPr>
          <w:i/>
          <w:sz w:val="17"/>
          <w:lang w:eastAsia="ko-KR"/>
        </w:rPr>
        <w:t xml:space="preserve">, </w:t>
      </w:r>
      <w:r>
        <w:rPr>
          <w:i/>
          <w:sz w:val="17"/>
          <w:lang w:eastAsia="ko-KR"/>
        </w:rPr>
        <w:t>온라인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판매</w:t>
      </w:r>
      <w:r>
        <w:rPr>
          <w:i/>
          <w:sz w:val="17"/>
          <w:lang w:eastAsia="ko-KR"/>
        </w:rPr>
        <w:t xml:space="preserve">, </w:t>
      </w:r>
      <w:r>
        <w:rPr>
          <w:i/>
          <w:sz w:val="17"/>
          <w:lang w:eastAsia="ko-KR"/>
        </w:rPr>
        <w:t>자사몰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조사</w:t>
      </w:r>
      <w:r>
        <w:rPr>
          <w:i/>
          <w:sz w:val="17"/>
          <w:lang w:eastAsia="ko-KR"/>
        </w:rPr>
        <w:t xml:space="preserve">, </w:t>
      </w:r>
      <w:r>
        <w:rPr>
          <w:i/>
          <w:sz w:val="17"/>
          <w:lang w:eastAsia="ko-KR"/>
        </w:rPr>
        <w:t>해외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플랫폼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가입</w:t>
      </w:r>
      <w:r>
        <w:rPr>
          <w:i/>
          <w:sz w:val="17"/>
          <w:lang w:eastAsia="ko-KR"/>
        </w:rPr>
        <w:t xml:space="preserve">, </w:t>
      </w:r>
      <w:r>
        <w:rPr>
          <w:i/>
          <w:sz w:val="17"/>
          <w:lang w:eastAsia="ko-KR"/>
        </w:rPr>
        <w:t>지원사업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신청</w:t>
      </w:r>
      <w:r>
        <w:rPr>
          <w:i/>
          <w:sz w:val="17"/>
          <w:lang w:eastAsia="ko-KR"/>
        </w:rPr>
        <w:t xml:space="preserve">, </w:t>
      </w:r>
      <w:r>
        <w:rPr>
          <w:i/>
          <w:sz w:val="17"/>
          <w:lang w:eastAsia="ko-KR"/>
        </w:rPr>
        <w:t>관련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교육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등</w:t>
      </w:r>
    </w:p>
    <w:p w14:paraId="54E84F6A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6F3B7663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5739AED9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5AF59079" w14:textId="77777777" w:rsidR="00122950" w:rsidRDefault="00000000">
      <w:pPr>
        <w:rPr>
          <w:lang w:eastAsia="ko-KR"/>
        </w:rPr>
      </w:pPr>
      <w:r>
        <w:rPr>
          <w:b/>
          <w:lang w:eastAsia="ko-KR"/>
        </w:rPr>
        <w:t xml:space="preserve">④ </w:t>
      </w:r>
      <w:r>
        <w:rPr>
          <w:b/>
          <w:lang w:eastAsia="ko-KR"/>
        </w:rPr>
        <w:t>앞으로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해외직판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사업에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매주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어느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정도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시간을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투자할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수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있습니까</w:t>
      </w:r>
      <w:r>
        <w:rPr>
          <w:b/>
          <w:lang w:eastAsia="ko-KR"/>
        </w:rPr>
        <w:t>?</w:t>
      </w:r>
    </w:p>
    <w:p w14:paraId="19B46367" w14:textId="77777777" w:rsidR="00122950" w:rsidRDefault="00000000">
      <w:pPr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주</w:t>
      </w:r>
      <w:r>
        <w:rPr>
          <w:lang w:eastAsia="ko-KR"/>
        </w:rPr>
        <w:t xml:space="preserve"> 5</w:t>
      </w:r>
      <w:r>
        <w:rPr>
          <w:lang w:eastAsia="ko-KR"/>
        </w:rPr>
        <w:t>시간</w:t>
      </w:r>
      <w:r>
        <w:rPr>
          <w:lang w:eastAsia="ko-KR"/>
        </w:rPr>
        <w:t xml:space="preserve"> </w:t>
      </w:r>
      <w:r>
        <w:rPr>
          <w:lang w:eastAsia="ko-KR"/>
        </w:rPr>
        <w:t>미만</w:t>
      </w:r>
      <w:r>
        <w:rPr>
          <w:lang w:eastAsia="ko-KR"/>
        </w:rPr>
        <w:t xml:space="preserve">   □ </w:t>
      </w:r>
      <w:r>
        <w:rPr>
          <w:lang w:eastAsia="ko-KR"/>
        </w:rPr>
        <w:t>주</w:t>
      </w:r>
      <w:r>
        <w:rPr>
          <w:lang w:eastAsia="ko-KR"/>
        </w:rPr>
        <w:t xml:space="preserve"> 5~10</w:t>
      </w:r>
      <w:r>
        <w:rPr>
          <w:lang w:eastAsia="ko-KR"/>
        </w:rPr>
        <w:t>시간</w:t>
      </w:r>
      <w:r>
        <w:rPr>
          <w:lang w:eastAsia="ko-KR"/>
        </w:rPr>
        <w:t xml:space="preserve">   □ </w:t>
      </w:r>
      <w:r>
        <w:rPr>
          <w:lang w:eastAsia="ko-KR"/>
        </w:rPr>
        <w:t>주</w:t>
      </w:r>
      <w:r>
        <w:rPr>
          <w:lang w:eastAsia="ko-KR"/>
        </w:rPr>
        <w:t xml:space="preserve"> 10~20</w:t>
      </w:r>
      <w:r>
        <w:rPr>
          <w:lang w:eastAsia="ko-KR"/>
        </w:rPr>
        <w:t>시간</w:t>
      </w:r>
      <w:r>
        <w:rPr>
          <w:lang w:eastAsia="ko-KR"/>
        </w:rPr>
        <w:t xml:space="preserve">   □ </w:t>
      </w:r>
      <w:r>
        <w:rPr>
          <w:lang w:eastAsia="ko-KR"/>
        </w:rPr>
        <w:t>주</w:t>
      </w:r>
      <w:r>
        <w:rPr>
          <w:lang w:eastAsia="ko-KR"/>
        </w:rPr>
        <w:t xml:space="preserve"> 20</w:t>
      </w:r>
      <w:r>
        <w:rPr>
          <w:lang w:eastAsia="ko-KR"/>
        </w:rPr>
        <w:t>시간</w:t>
      </w:r>
      <w:r>
        <w:rPr>
          <w:lang w:eastAsia="ko-KR"/>
        </w:rPr>
        <w:t xml:space="preserve"> </w:t>
      </w:r>
      <w:r>
        <w:rPr>
          <w:lang w:eastAsia="ko-KR"/>
        </w:rPr>
        <w:t>이상</w:t>
      </w:r>
      <w:r>
        <w:rPr>
          <w:lang w:eastAsia="ko-KR"/>
        </w:rPr>
        <w:t xml:space="preserve">   □ </w:t>
      </w:r>
      <w:r>
        <w:rPr>
          <w:lang w:eastAsia="ko-KR"/>
        </w:rPr>
        <w:t>전업</w:t>
      </w:r>
      <w:r>
        <w:rPr>
          <w:lang w:eastAsia="ko-KR"/>
        </w:rPr>
        <w:t xml:space="preserve"> </w:t>
      </w:r>
      <w:r>
        <w:rPr>
          <w:lang w:eastAsia="ko-KR"/>
        </w:rPr>
        <w:t>준비</w:t>
      </w:r>
    </w:p>
    <w:p w14:paraId="38561A0B" w14:textId="77777777" w:rsidR="00122950" w:rsidRDefault="00000000">
      <w:pPr>
        <w:rPr>
          <w:lang w:eastAsia="ko-KR"/>
        </w:rPr>
      </w:pPr>
      <w:r>
        <w:rPr>
          <w:b/>
          <w:lang w:eastAsia="ko-KR"/>
        </w:rPr>
        <w:t xml:space="preserve">⑤ </w:t>
      </w:r>
      <w:r>
        <w:rPr>
          <w:b/>
          <w:lang w:eastAsia="ko-KR"/>
        </w:rPr>
        <w:t>현재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해외직판을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시작하는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가장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장애물은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무엇입니까</w:t>
      </w:r>
      <w:r>
        <w:rPr>
          <w:b/>
          <w:lang w:eastAsia="ko-KR"/>
        </w:rPr>
        <w:t>? (2</w:t>
      </w:r>
      <w:r>
        <w:rPr>
          <w:b/>
          <w:lang w:eastAsia="ko-KR"/>
        </w:rPr>
        <w:t>개까지</w:t>
      </w:r>
      <w:r>
        <w:rPr>
          <w:b/>
          <w:lang w:eastAsia="ko-KR"/>
        </w:rPr>
        <w:t>)</w:t>
      </w:r>
    </w:p>
    <w:p w14:paraId="5A31F79A" w14:textId="77777777" w:rsidR="00122950" w:rsidRDefault="00000000">
      <w:pPr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아이템</w:t>
      </w:r>
      <w:r>
        <w:rPr>
          <w:lang w:eastAsia="ko-KR"/>
        </w:rPr>
        <w:t xml:space="preserve"> </w:t>
      </w:r>
      <w:r>
        <w:rPr>
          <w:lang w:eastAsia="ko-KR"/>
        </w:rPr>
        <w:t>선정</w:t>
      </w:r>
      <w:r>
        <w:rPr>
          <w:lang w:eastAsia="ko-KR"/>
        </w:rPr>
        <w:t xml:space="preserve">   □ </w:t>
      </w:r>
      <w:r>
        <w:rPr>
          <w:lang w:eastAsia="ko-KR"/>
        </w:rPr>
        <w:t>시장정보</w:t>
      </w:r>
      <w:r>
        <w:rPr>
          <w:lang w:eastAsia="ko-KR"/>
        </w:rPr>
        <w:t xml:space="preserve">   □ </w:t>
      </w:r>
      <w:r>
        <w:rPr>
          <w:lang w:eastAsia="ko-KR"/>
        </w:rPr>
        <w:t>자사몰</w:t>
      </w:r>
      <w:r>
        <w:rPr>
          <w:lang w:eastAsia="ko-KR"/>
        </w:rPr>
        <w:t xml:space="preserve"> </w:t>
      </w:r>
      <w:r>
        <w:rPr>
          <w:lang w:eastAsia="ko-KR"/>
        </w:rPr>
        <w:t>구축</w:t>
      </w:r>
      <w:r>
        <w:rPr>
          <w:lang w:eastAsia="ko-KR"/>
        </w:rPr>
        <w:t xml:space="preserve">   □ </w:t>
      </w:r>
      <w:r>
        <w:rPr>
          <w:lang w:eastAsia="ko-KR"/>
        </w:rPr>
        <w:t>광고</w:t>
      </w:r>
      <w:r>
        <w:rPr>
          <w:lang w:eastAsia="ko-KR"/>
        </w:rPr>
        <w:t>·</w:t>
      </w:r>
      <w:r>
        <w:rPr>
          <w:lang w:eastAsia="ko-KR"/>
        </w:rPr>
        <w:t>마케팅</w:t>
      </w:r>
      <w:r>
        <w:rPr>
          <w:lang w:eastAsia="ko-KR"/>
        </w:rPr>
        <w:t xml:space="preserve">   □ </w:t>
      </w:r>
      <w:r>
        <w:rPr>
          <w:lang w:eastAsia="ko-KR"/>
        </w:rPr>
        <w:t>자금</w:t>
      </w:r>
      <w:r>
        <w:rPr>
          <w:lang w:eastAsia="ko-KR"/>
        </w:rPr>
        <w:t xml:space="preserve">   □ </w:t>
      </w:r>
      <w:r>
        <w:rPr>
          <w:lang w:eastAsia="ko-KR"/>
        </w:rPr>
        <w:t>외국어</w:t>
      </w:r>
      <w:r>
        <w:rPr>
          <w:lang w:eastAsia="ko-KR"/>
        </w:rPr>
        <w:br/>
        <w:t xml:space="preserve">□ </w:t>
      </w:r>
      <w:r>
        <w:rPr>
          <w:lang w:eastAsia="ko-KR"/>
        </w:rPr>
        <w:t>국제배송</w:t>
      </w:r>
      <w:r>
        <w:rPr>
          <w:lang w:eastAsia="ko-KR"/>
        </w:rPr>
        <w:t>·</w:t>
      </w:r>
      <w:r>
        <w:rPr>
          <w:lang w:eastAsia="ko-KR"/>
        </w:rPr>
        <w:t>통관</w:t>
      </w:r>
      <w:r>
        <w:rPr>
          <w:lang w:eastAsia="ko-KR"/>
        </w:rPr>
        <w:t xml:space="preserve">   □ </w:t>
      </w:r>
      <w:r>
        <w:rPr>
          <w:lang w:eastAsia="ko-KR"/>
        </w:rPr>
        <w:t>혼자</w:t>
      </w:r>
      <w:r>
        <w:rPr>
          <w:lang w:eastAsia="ko-KR"/>
        </w:rPr>
        <w:t xml:space="preserve"> </w:t>
      </w:r>
      <w:r>
        <w:rPr>
          <w:lang w:eastAsia="ko-KR"/>
        </w:rPr>
        <w:t>실행하기</w:t>
      </w:r>
      <w:r>
        <w:rPr>
          <w:lang w:eastAsia="ko-KR"/>
        </w:rPr>
        <w:t xml:space="preserve"> </w:t>
      </w:r>
      <w:r>
        <w:rPr>
          <w:lang w:eastAsia="ko-KR"/>
        </w:rPr>
        <w:t>어려움</w:t>
      </w:r>
      <w:r>
        <w:rPr>
          <w:lang w:eastAsia="ko-KR"/>
        </w:rPr>
        <w:t xml:space="preserve">   □ </w:t>
      </w:r>
      <w:r>
        <w:rPr>
          <w:lang w:eastAsia="ko-KR"/>
        </w:rPr>
        <w:t>시간</w:t>
      </w:r>
      <w:r>
        <w:rPr>
          <w:lang w:eastAsia="ko-KR"/>
        </w:rPr>
        <w:t xml:space="preserve"> </w:t>
      </w:r>
      <w:r>
        <w:rPr>
          <w:lang w:eastAsia="ko-KR"/>
        </w:rPr>
        <w:t>부족</w:t>
      </w:r>
      <w:r>
        <w:rPr>
          <w:lang w:eastAsia="ko-KR"/>
        </w:rPr>
        <w:t xml:space="preserve">   □ </w:t>
      </w:r>
      <w:r>
        <w:rPr>
          <w:lang w:eastAsia="ko-KR"/>
        </w:rPr>
        <w:t>기타</w:t>
      </w:r>
      <w:r>
        <w:rPr>
          <w:lang w:eastAsia="ko-KR"/>
        </w:rPr>
        <w:t xml:space="preserve"> __________</w:t>
      </w:r>
    </w:p>
    <w:p w14:paraId="49F4C675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>그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문제를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어떻게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해결해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보려고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합니까</w:t>
      </w:r>
      <w:r>
        <w:rPr>
          <w:b/>
          <w:lang w:eastAsia="ko-KR"/>
        </w:rPr>
        <w:t>?</w:t>
      </w:r>
    </w:p>
    <w:p w14:paraId="4E6E457A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776C4464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0F889FD3" w14:textId="77777777" w:rsidR="00122950" w:rsidRDefault="00000000">
      <w:pPr>
        <w:spacing w:before="160" w:after="60"/>
        <w:rPr>
          <w:lang w:eastAsia="ko-KR"/>
        </w:rPr>
      </w:pPr>
      <w:r>
        <w:rPr>
          <w:b/>
          <w:sz w:val="26"/>
          <w:lang w:eastAsia="ko-KR"/>
        </w:rPr>
        <w:t xml:space="preserve">5. </w:t>
      </w:r>
      <w:r>
        <w:rPr>
          <w:b/>
          <w:sz w:val="26"/>
          <w:lang w:eastAsia="ko-KR"/>
        </w:rPr>
        <w:t>아카데미에서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얻고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싶은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것</w:t>
      </w:r>
    </w:p>
    <w:p w14:paraId="07681FEC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lastRenderedPageBreak/>
        <w:t xml:space="preserve">① </w:t>
      </w:r>
      <w:r>
        <w:rPr>
          <w:b/>
          <w:lang w:eastAsia="ko-KR"/>
        </w:rPr>
        <w:t>이번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아카데미에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지원한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가장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이유는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무엇입니까</w:t>
      </w:r>
      <w:r>
        <w:rPr>
          <w:b/>
          <w:lang w:eastAsia="ko-KR"/>
        </w:rPr>
        <w:t>?</w:t>
      </w:r>
    </w:p>
    <w:p w14:paraId="409D520A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6E611109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1CD78A72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>② 5</w:t>
      </w:r>
      <w:r>
        <w:rPr>
          <w:b/>
          <w:lang w:eastAsia="ko-KR"/>
        </w:rPr>
        <w:t>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교육과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현장견학을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통해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반드시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해결하고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싶은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문제</w:t>
      </w:r>
      <w:r>
        <w:rPr>
          <w:b/>
          <w:lang w:eastAsia="ko-KR"/>
        </w:rPr>
        <w:t xml:space="preserve"> 3</w:t>
      </w:r>
      <w:r>
        <w:rPr>
          <w:b/>
          <w:lang w:eastAsia="ko-KR"/>
        </w:rPr>
        <w:t>가지를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적어주세요</w:t>
      </w:r>
      <w:r>
        <w:rPr>
          <w:b/>
          <w:lang w:eastAsia="ko-KR"/>
        </w:rPr>
        <w:t>.</w:t>
      </w:r>
    </w:p>
    <w:p w14:paraId="13E6FAC7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1F2F6316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77F8FEB5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26505D0B" w14:textId="77777777" w:rsidR="00122950" w:rsidRDefault="00000000">
      <w:pPr>
        <w:rPr>
          <w:lang w:eastAsia="ko-KR"/>
        </w:rPr>
      </w:pPr>
      <w:r>
        <w:rPr>
          <w:b/>
          <w:lang w:eastAsia="ko-KR"/>
        </w:rPr>
        <w:t xml:space="preserve">③ </w:t>
      </w:r>
      <w:r>
        <w:rPr>
          <w:b/>
          <w:lang w:eastAsia="ko-KR"/>
        </w:rPr>
        <w:t>자신의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상품이나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사업을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가지고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직접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과제를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수행할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의향이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있습니까</w:t>
      </w:r>
      <w:r>
        <w:rPr>
          <w:b/>
          <w:lang w:eastAsia="ko-KR"/>
        </w:rPr>
        <w:t>?</w:t>
      </w:r>
    </w:p>
    <w:p w14:paraId="740E2910" w14:textId="77777777" w:rsidR="00122950" w:rsidRDefault="00000000">
      <w:pPr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적극적으로</w:t>
      </w:r>
      <w:r>
        <w:rPr>
          <w:lang w:eastAsia="ko-KR"/>
        </w:rPr>
        <w:t xml:space="preserve"> </w:t>
      </w:r>
      <w:r>
        <w:rPr>
          <w:lang w:eastAsia="ko-KR"/>
        </w:rPr>
        <w:t>하겠다</w:t>
      </w:r>
      <w:r>
        <w:rPr>
          <w:lang w:eastAsia="ko-KR"/>
        </w:rPr>
        <w:t xml:space="preserve">   □ </w:t>
      </w:r>
      <w:r>
        <w:rPr>
          <w:lang w:eastAsia="ko-KR"/>
        </w:rPr>
        <w:t>가능하면</w:t>
      </w:r>
      <w:r>
        <w:rPr>
          <w:lang w:eastAsia="ko-KR"/>
        </w:rPr>
        <w:t xml:space="preserve"> </w:t>
      </w:r>
      <w:r>
        <w:rPr>
          <w:lang w:eastAsia="ko-KR"/>
        </w:rPr>
        <w:t>하겠다</w:t>
      </w:r>
      <w:r>
        <w:rPr>
          <w:lang w:eastAsia="ko-KR"/>
        </w:rPr>
        <w:t xml:space="preserve">   □ </w:t>
      </w:r>
      <w:r>
        <w:rPr>
          <w:lang w:eastAsia="ko-KR"/>
        </w:rPr>
        <w:t>상황에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결정</w:t>
      </w:r>
      <w:r>
        <w:rPr>
          <w:lang w:eastAsia="ko-KR"/>
        </w:rPr>
        <w:t xml:space="preserve">   □ </w:t>
      </w:r>
      <w:r>
        <w:rPr>
          <w:lang w:eastAsia="ko-KR"/>
        </w:rPr>
        <w:t>어렵다</w:t>
      </w:r>
    </w:p>
    <w:p w14:paraId="5E4A423F" w14:textId="77777777" w:rsidR="00122950" w:rsidRDefault="00000000">
      <w:pPr>
        <w:spacing w:before="160" w:after="60"/>
        <w:rPr>
          <w:lang w:eastAsia="ko-KR"/>
        </w:rPr>
      </w:pPr>
      <w:r>
        <w:rPr>
          <w:b/>
          <w:sz w:val="26"/>
          <w:lang w:eastAsia="ko-KR"/>
        </w:rPr>
        <w:t xml:space="preserve">6. </w:t>
      </w:r>
      <w:r>
        <w:rPr>
          <w:b/>
          <w:sz w:val="26"/>
          <w:lang w:eastAsia="ko-KR"/>
        </w:rPr>
        <w:t>교육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후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실행계획</w:t>
      </w:r>
      <w:r>
        <w:rPr>
          <w:b/>
          <w:lang w:eastAsia="ko-KR"/>
        </w:rPr>
        <w:t xml:space="preserve">  ★ </w:t>
      </w:r>
      <w:r>
        <w:rPr>
          <w:b/>
          <w:lang w:eastAsia="ko-KR"/>
        </w:rPr>
        <w:t>중요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평가항목</w:t>
      </w:r>
    </w:p>
    <w:p w14:paraId="61DC5967" w14:textId="77777777" w:rsidR="00122950" w:rsidRDefault="00000000">
      <w:pPr>
        <w:rPr>
          <w:lang w:eastAsia="ko-KR"/>
        </w:rPr>
      </w:pPr>
      <w:r>
        <w:rPr>
          <w:lang w:eastAsia="ko-KR"/>
        </w:rPr>
        <w:t>아카데미</w:t>
      </w:r>
      <w:r>
        <w:rPr>
          <w:lang w:eastAsia="ko-KR"/>
        </w:rPr>
        <w:t xml:space="preserve"> </w:t>
      </w:r>
      <w:r>
        <w:rPr>
          <w:lang w:eastAsia="ko-KR"/>
        </w:rPr>
        <w:t>수료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3</w:t>
      </w:r>
      <w:r>
        <w:rPr>
          <w:lang w:eastAsia="ko-KR"/>
        </w:rPr>
        <w:t>개월</w:t>
      </w:r>
      <w:r>
        <w:rPr>
          <w:lang w:eastAsia="ko-KR"/>
        </w:rPr>
        <w:t xml:space="preserve"> </w:t>
      </w:r>
      <w:r>
        <w:rPr>
          <w:lang w:eastAsia="ko-KR"/>
        </w:rPr>
        <w:t>안에</w:t>
      </w:r>
      <w:r>
        <w:rPr>
          <w:lang w:eastAsia="ko-KR"/>
        </w:rPr>
        <w:t xml:space="preserve"> </w:t>
      </w:r>
      <w:r>
        <w:rPr>
          <w:lang w:eastAsia="ko-KR"/>
        </w:rPr>
        <w:t>실제로</w:t>
      </w:r>
      <w:r>
        <w:rPr>
          <w:lang w:eastAsia="ko-KR"/>
        </w:rPr>
        <w:t xml:space="preserve"> </w:t>
      </w:r>
      <w:r>
        <w:rPr>
          <w:lang w:eastAsia="ko-KR"/>
        </w:rPr>
        <w:t>실행할</w:t>
      </w:r>
      <w:r>
        <w:rPr>
          <w:lang w:eastAsia="ko-KR"/>
        </w:rPr>
        <w:t xml:space="preserve"> </w:t>
      </w:r>
      <w:r>
        <w:rPr>
          <w:lang w:eastAsia="ko-KR"/>
        </w:rPr>
        <w:t>계획을</w:t>
      </w:r>
      <w:r>
        <w:rPr>
          <w:lang w:eastAsia="ko-KR"/>
        </w:rPr>
        <w:t xml:space="preserve"> </w:t>
      </w:r>
      <w:r>
        <w:rPr>
          <w:lang w:eastAsia="ko-KR"/>
        </w:rPr>
        <w:t>가능한</w:t>
      </w:r>
      <w:r>
        <w:rPr>
          <w:lang w:eastAsia="ko-KR"/>
        </w:rPr>
        <w:t xml:space="preserve"> </w:t>
      </w:r>
      <w:r>
        <w:rPr>
          <w:lang w:eastAsia="ko-KR"/>
        </w:rPr>
        <w:t>한</w:t>
      </w:r>
      <w:r>
        <w:rPr>
          <w:lang w:eastAsia="ko-KR"/>
        </w:rPr>
        <w:t xml:space="preserve"> </w:t>
      </w:r>
      <w:r>
        <w:rPr>
          <w:lang w:eastAsia="ko-KR"/>
        </w:rPr>
        <w:t>구체적으로</w:t>
      </w:r>
      <w:r>
        <w:rPr>
          <w:lang w:eastAsia="ko-KR"/>
        </w:rPr>
        <w:t xml:space="preserve"> </w:t>
      </w:r>
      <w:r>
        <w:rPr>
          <w:lang w:eastAsia="ko-KR"/>
        </w:rPr>
        <w:t>작성해</w:t>
      </w:r>
      <w:r>
        <w:rPr>
          <w:lang w:eastAsia="ko-KR"/>
        </w:rPr>
        <w:t xml:space="preserve"> </w:t>
      </w:r>
      <w:r>
        <w:rPr>
          <w:lang w:eastAsia="ko-KR"/>
        </w:rPr>
        <w:t>주세요</w:t>
      </w:r>
      <w:r>
        <w:rPr>
          <w:lang w:eastAsia="ko-KR"/>
        </w:rPr>
        <w:t>.</w:t>
      </w:r>
    </w:p>
    <w:p w14:paraId="5D5EC18C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 xml:space="preserve">① </w:t>
      </w:r>
      <w:r>
        <w:rPr>
          <w:b/>
          <w:lang w:eastAsia="ko-KR"/>
        </w:rPr>
        <w:t>어떤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상품을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판매할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계획입니까</w:t>
      </w:r>
      <w:r>
        <w:rPr>
          <w:b/>
          <w:lang w:eastAsia="ko-KR"/>
        </w:rPr>
        <w:t>?</w:t>
      </w:r>
    </w:p>
    <w:p w14:paraId="1733FEBD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40C05B32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 xml:space="preserve">② </w:t>
      </w:r>
      <w:r>
        <w:rPr>
          <w:b/>
          <w:lang w:eastAsia="ko-KR"/>
        </w:rPr>
        <w:t>어느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국가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또는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시장을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대상으로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합니까</w:t>
      </w:r>
      <w:r>
        <w:rPr>
          <w:b/>
          <w:lang w:eastAsia="ko-KR"/>
        </w:rPr>
        <w:t>?</w:t>
      </w:r>
    </w:p>
    <w:p w14:paraId="2E777265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376C4F61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 xml:space="preserve">③ </w:t>
      </w:r>
      <w:r>
        <w:rPr>
          <w:b/>
          <w:lang w:eastAsia="ko-KR"/>
        </w:rPr>
        <w:t>어떤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방식으로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판매할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계획입니까</w:t>
      </w:r>
      <w:r>
        <w:rPr>
          <w:b/>
          <w:lang w:eastAsia="ko-KR"/>
        </w:rPr>
        <w:t>?</w:t>
      </w:r>
    </w:p>
    <w:p w14:paraId="512E090A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6E1DA570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0260AD9B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>④ 3</w:t>
      </w:r>
      <w:r>
        <w:rPr>
          <w:b/>
          <w:lang w:eastAsia="ko-KR"/>
        </w:rPr>
        <w:t>개월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안에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어디까지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실행하겠습니까</w:t>
      </w:r>
      <w:r>
        <w:rPr>
          <w:b/>
          <w:lang w:eastAsia="ko-KR"/>
        </w:rPr>
        <w:t>?</w:t>
      </w:r>
    </w:p>
    <w:p w14:paraId="51F0C6C9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1D06DEB2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2B9A1CB2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>⑤ 3</w:t>
      </w:r>
      <w:r>
        <w:rPr>
          <w:b/>
          <w:lang w:eastAsia="ko-KR"/>
        </w:rPr>
        <w:t>개월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반드시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만들어내고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싶은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결과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하나는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무엇입니까</w:t>
      </w:r>
      <w:r>
        <w:rPr>
          <w:b/>
          <w:lang w:eastAsia="ko-KR"/>
        </w:rPr>
        <w:t>?</w:t>
      </w:r>
    </w:p>
    <w:p w14:paraId="524B9DD2" w14:textId="77777777" w:rsidR="00122950" w:rsidRDefault="00000000">
      <w:pPr>
        <w:spacing w:after="40"/>
        <w:rPr>
          <w:lang w:eastAsia="ko-KR"/>
        </w:rPr>
      </w:pPr>
      <w:r>
        <w:rPr>
          <w:i/>
          <w:sz w:val="17"/>
          <w:lang w:eastAsia="ko-KR"/>
        </w:rPr>
        <w:t>예</w:t>
      </w:r>
      <w:r>
        <w:rPr>
          <w:i/>
          <w:sz w:val="17"/>
          <w:lang w:eastAsia="ko-KR"/>
        </w:rPr>
        <w:t xml:space="preserve">: </w:t>
      </w:r>
      <w:r>
        <w:rPr>
          <w:i/>
          <w:sz w:val="17"/>
          <w:lang w:eastAsia="ko-KR"/>
        </w:rPr>
        <w:t>해외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자사몰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오픈</w:t>
      </w:r>
      <w:r>
        <w:rPr>
          <w:i/>
          <w:sz w:val="17"/>
          <w:lang w:eastAsia="ko-KR"/>
        </w:rPr>
        <w:t xml:space="preserve">, </w:t>
      </w:r>
      <w:r>
        <w:rPr>
          <w:i/>
          <w:sz w:val="17"/>
          <w:lang w:eastAsia="ko-KR"/>
        </w:rPr>
        <w:t>첫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해외주문</w:t>
      </w:r>
      <w:r>
        <w:rPr>
          <w:i/>
          <w:sz w:val="17"/>
          <w:lang w:eastAsia="ko-KR"/>
        </w:rPr>
        <w:t xml:space="preserve">, </w:t>
      </w:r>
      <w:r>
        <w:rPr>
          <w:i/>
          <w:sz w:val="17"/>
          <w:lang w:eastAsia="ko-KR"/>
        </w:rPr>
        <w:t>상품</w:t>
      </w:r>
      <w:r>
        <w:rPr>
          <w:i/>
          <w:sz w:val="17"/>
          <w:lang w:eastAsia="ko-KR"/>
        </w:rPr>
        <w:t xml:space="preserve"> 10</w:t>
      </w:r>
      <w:r>
        <w:rPr>
          <w:i/>
          <w:sz w:val="17"/>
          <w:lang w:eastAsia="ko-KR"/>
        </w:rPr>
        <w:t>개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등록</w:t>
      </w:r>
      <w:r>
        <w:rPr>
          <w:i/>
          <w:sz w:val="17"/>
          <w:lang w:eastAsia="ko-KR"/>
        </w:rPr>
        <w:t xml:space="preserve">, </w:t>
      </w:r>
      <w:r>
        <w:rPr>
          <w:i/>
          <w:sz w:val="17"/>
          <w:lang w:eastAsia="ko-KR"/>
        </w:rPr>
        <w:t>월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매출</w:t>
      </w:r>
      <w:r>
        <w:rPr>
          <w:i/>
          <w:sz w:val="17"/>
          <w:lang w:eastAsia="ko-KR"/>
        </w:rPr>
        <w:t xml:space="preserve"> ○○</w:t>
      </w:r>
      <w:r>
        <w:rPr>
          <w:i/>
          <w:sz w:val="17"/>
          <w:lang w:eastAsia="ko-KR"/>
        </w:rPr>
        <w:t>만원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등</w:t>
      </w:r>
    </w:p>
    <w:p w14:paraId="39F2743B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2561C757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33290828" w14:textId="77777777" w:rsidR="00122950" w:rsidRDefault="00000000">
      <w:pPr>
        <w:spacing w:before="160" w:after="60"/>
        <w:rPr>
          <w:lang w:eastAsia="ko-KR"/>
        </w:rPr>
      </w:pPr>
      <w:r>
        <w:rPr>
          <w:b/>
          <w:sz w:val="26"/>
          <w:lang w:eastAsia="ko-KR"/>
        </w:rPr>
        <w:t xml:space="preserve">7. </w:t>
      </w:r>
      <w:r>
        <w:rPr>
          <w:b/>
          <w:sz w:val="26"/>
          <w:lang w:eastAsia="ko-KR"/>
        </w:rPr>
        <w:t>교육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참여의지</w:t>
      </w:r>
    </w:p>
    <w:p w14:paraId="482ABF2C" w14:textId="77777777" w:rsidR="00122950" w:rsidRDefault="00000000">
      <w:pPr>
        <w:rPr>
          <w:lang w:eastAsia="ko-KR"/>
        </w:rPr>
      </w:pPr>
      <w:r>
        <w:rPr>
          <w:b/>
          <w:lang w:eastAsia="ko-KR"/>
        </w:rPr>
        <w:t>① 5</w:t>
      </w:r>
      <w:r>
        <w:rPr>
          <w:b/>
          <w:lang w:eastAsia="ko-KR"/>
        </w:rPr>
        <w:t>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교육과정에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참여할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수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있습니까</w:t>
      </w:r>
      <w:r>
        <w:rPr>
          <w:b/>
          <w:lang w:eastAsia="ko-KR"/>
        </w:rPr>
        <w:t>?</w:t>
      </w:r>
    </w:p>
    <w:p w14:paraId="2AF4D041" w14:textId="77777777" w:rsidR="00122950" w:rsidRDefault="00000000">
      <w:pPr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일정</w:t>
      </w:r>
      <w:r>
        <w:rPr>
          <w:lang w:eastAsia="ko-KR"/>
        </w:rPr>
        <w:t xml:space="preserve"> </w:t>
      </w:r>
      <w:r>
        <w:rPr>
          <w:lang w:eastAsia="ko-KR"/>
        </w:rPr>
        <w:t>참석</w:t>
      </w:r>
      <w:r>
        <w:rPr>
          <w:lang w:eastAsia="ko-KR"/>
        </w:rPr>
        <w:t xml:space="preserve"> </w:t>
      </w:r>
      <w:r>
        <w:rPr>
          <w:lang w:eastAsia="ko-KR"/>
        </w:rPr>
        <w:t>가능</w:t>
      </w:r>
      <w:r>
        <w:rPr>
          <w:lang w:eastAsia="ko-KR"/>
        </w:rPr>
        <w:t xml:space="preserve">   □ 1</w:t>
      </w:r>
      <w:r>
        <w:rPr>
          <w:lang w:eastAsia="ko-KR"/>
        </w:rPr>
        <w:t>회</w:t>
      </w:r>
      <w:r>
        <w:rPr>
          <w:lang w:eastAsia="ko-KR"/>
        </w:rPr>
        <w:t xml:space="preserve"> </w:t>
      </w:r>
      <w:r>
        <w:rPr>
          <w:lang w:eastAsia="ko-KR"/>
        </w:rPr>
        <w:t>정도</w:t>
      </w:r>
      <w:r>
        <w:rPr>
          <w:lang w:eastAsia="ko-KR"/>
        </w:rPr>
        <w:t xml:space="preserve"> </w:t>
      </w:r>
      <w:r>
        <w:rPr>
          <w:lang w:eastAsia="ko-KR"/>
        </w:rPr>
        <w:t>불참</w:t>
      </w:r>
      <w:r>
        <w:rPr>
          <w:lang w:eastAsia="ko-KR"/>
        </w:rPr>
        <w:t xml:space="preserve"> </w:t>
      </w:r>
      <w:r>
        <w:rPr>
          <w:lang w:eastAsia="ko-KR"/>
        </w:rPr>
        <w:t>가능성</w:t>
      </w:r>
      <w:r>
        <w:rPr>
          <w:lang w:eastAsia="ko-KR"/>
        </w:rPr>
        <w:t xml:space="preserve"> </w:t>
      </w:r>
      <w:r>
        <w:rPr>
          <w:lang w:eastAsia="ko-KR"/>
        </w:rPr>
        <w:t>있음</w:t>
      </w:r>
      <w:r>
        <w:rPr>
          <w:lang w:eastAsia="ko-KR"/>
        </w:rPr>
        <w:t xml:space="preserve">   □ 2</w:t>
      </w:r>
      <w:r>
        <w:rPr>
          <w:lang w:eastAsia="ko-KR"/>
        </w:rPr>
        <w:t>회</w:t>
      </w:r>
      <w:r>
        <w:rPr>
          <w:lang w:eastAsia="ko-KR"/>
        </w:rPr>
        <w:t xml:space="preserve"> </w:t>
      </w:r>
      <w:r>
        <w:rPr>
          <w:lang w:eastAsia="ko-KR"/>
        </w:rPr>
        <w:t>이상</w:t>
      </w:r>
      <w:r>
        <w:rPr>
          <w:lang w:eastAsia="ko-KR"/>
        </w:rPr>
        <w:t xml:space="preserve"> </w:t>
      </w:r>
      <w:r>
        <w:rPr>
          <w:lang w:eastAsia="ko-KR"/>
        </w:rPr>
        <w:t>불참</w:t>
      </w:r>
      <w:r>
        <w:rPr>
          <w:lang w:eastAsia="ko-KR"/>
        </w:rPr>
        <w:t xml:space="preserve"> </w:t>
      </w:r>
      <w:r>
        <w:rPr>
          <w:lang w:eastAsia="ko-KR"/>
        </w:rPr>
        <w:t>가능성</w:t>
      </w:r>
      <w:r>
        <w:rPr>
          <w:lang w:eastAsia="ko-KR"/>
        </w:rPr>
        <w:t xml:space="preserve"> </w:t>
      </w:r>
      <w:r>
        <w:rPr>
          <w:lang w:eastAsia="ko-KR"/>
        </w:rPr>
        <w:t>있음</w:t>
      </w:r>
    </w:p>
    <w:p w14:paraId="0CE61C37" w14:textId="77777777" w:rsidR="00122950" w:rsidRDefault="00000000">
      <w:pPr>
        <w:rPr>
          <w:lang w:eastAsia="ko-KR"/>
        </w:rPr>
      </w:pPr>
      <w:r>
        <w:rPr>
          <w:b/>
          <w:lang w:eastAsia="ko-KR"/>
        </w:rPr>
        <w:t xml:space="preserve">② </w:t>
      </w:r>
      <w:r>
        <w:rPr>
          <w:b/>
          <w:lang w:eastAsia="ko-KR"/>
        </w:rPr>
        <w:t>교육은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매주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토요일</w:t>
      </w:r>
      <w:r>
        <w:rPr>
          <w:b/>
          <w:lang w:eastAsia="ko-KR"/>
        </w:rPr>
        <w:t xml:space="preserve"> 10:00~17:00 </w:t>
      </w:r>
      <w:r>
        <w:rPr>
          <w:b/>
          <w:lang w:eastAsia="ko-KR"/>
        </w:rPr>
        <w:t>서울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중구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초동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성신빌딩</w:t>
      </w:r>
      <w:r>
        <w:rPr>
          <w:b/>
          <w:lang w:eastAsia="ko-KR"/>
        </w:rPr>
        <w:t xml:space="preserve"> 11</w:t>
      </w:r>
      <w:r>
        <w:rPr>
          <w:b/>
          <w:lang w:eastAsia="ko-KR"/>
        </w:rPr>
        <w:t>층에서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진행됩니다</w:t>
      </w:r>
      <w:r>
        <w:rPr>
          <w:b/>
          <w:lang w:eastAsia="ko-KR"/>
        </w:rPr>
        <w:t xml:space="preserve">. </w:t>
      </w:r>
      <w:r>
        <w:rPr>
          <w:b/>
          <w:lang w:eastAsia="ko-KR"/>
        </w:rPr>
        <w:t>참여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가능합니까</w:t>
      </w:r>
      <w:r>
        <w:rPr>
          <w:b/>
          <w:lang w:eastAsia="ko-KR"/>
        </w:rPr>
        <w:t>?</w:t>
      </w:r>
    </w:p>
    <w:p w14:paraId="72D53235" w14:textId="77777777" w:rsidR="00122950" w:rsidRDefault="00000000">
      <w:pPr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가능</w:t>
      </w:r>
      <w:r>
        <w:rPr>
          <w:lang w:eastAsia="ko-KR"/>
        </w:rPr>
        <w:t xml:space="preserve">   □ </w:t>
      </w:r>
      <w:r>
        <w:rPr>
          <w:lang w:eastAsia="ko-KR"/>
        </w:rPr>
        <w:t>일정</w:t>
      </w:r>
      <w:r>
        <w:rPr>
          <w:lang w:eastAsia="ko-KR"/>
        </w:rPr>
        <w:t xml:space="preserve"> </w:t>
      </w:r>
      <w:r>
        <w:rPr>
          <w:lang w:eastAsia="ko-KR"/>
        </w:rPr>
        <w:t>조정</w:t>
      </w:r>
      <w:r>
        <w:rPr>
          <w:lang w:eastAsia="ko-KR"/>
        </w:rPr>
        <w:t xml:space="preserve"> </w:t>
      </w:r>
      <w:r>
        <w:rPr>
          <w:lang w:eastAsia="ko-KR"/>
        </w:rPr>
        <w:t>필요</w:t>
      </w:r>
      <w:r>
        <w:rPr>
          <w:lang w:eastAsia="ko-KR"/>
        </w:rPr>
        <w:t xml:space="preserve">   □ </w:t>
      </w:r>
      <w:r>
        <w:rPr>
          <w:lang w:eastAsia="ko-KR"/>
        </w:rPr>
        <w:t>어려움</w:t>
      </w:r>
    </w:p>
    <w:p w14:paraId="77F41F59" w14:textId="77777777" w:rsidR="00122950" w:rsidRDefault="00000000">
      <w:pPr>
        <w:rPr>
          <w:lang w:eastAsia="ko-KR"/>
        </w:rPr>
      </w:pPr>
      <w:r>
        <w:rPr>
          <w:b/>
          <w:lang w:eastAsia="ko-KR"/>
        </w:rPr>
        <w:lastRenderedPageBreak/>
        <w:t xml:space="preserve">③ </w:t>
      </w:r>
      <w:r>
        <w:rPr>
          <w:b/>
          <w:lang w:eastAsia="ko-KR"/>
        </w:rPr>
        <w:t>과제</w:t>
      </w:r>
      <w:r>
        <w:rPr>
          <w:b/>
          <w:lang w:eastAsia="ko-KR"/>
        </w:rPr>
        <w:t>·</w:t>
      </w:r>
      <w:r>
        <w:rPr>
          <w:b/>
          <w:lang w:eastAsia="ko-KR"/>
        </w:rPr>
        <w:t>시장조사</w:t>
      </w:r>
      <w:r>
        <w:rPr>
          <w:b/>
          <w:lang w:eastAsia="ko-KR"/>
        </w:rPr>
        <w:t>·</w:t>
      </w:r>
      <w:r>
        <w:rPr>
          <w:b/>
          <w:lang w:eastAsia="ko-KR"/>
        </w:rPr>
        <w:t>사업계획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작성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등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개인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실행과제가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주어질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경우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수행할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수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있습니까</w:t>
      </w:r>
      <w:r>
        <w:rPr>
          <w:b/>
          <w:lang w:eastAsia="ko-KR"/>
        </w:rPr>
        <w:t>?</w:t>
      </w:r>
    </w:p>
    <w:p w14:paraId="6B63A286" w14:textId="77777777" w:rsidR="00122950" w:rsidRDefault="00000000">
      <w:pPr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적극</w:t>
      </w:r>
      <w:r>
        <w:rPr>
          <w:lang w:eastAsia="ko-KR"/>
        </w:rPr>
        <w:t xml:space="preserve"> </w:t>
      </w:r>
      <w:r>
        <w:rPr>
          <w:lang w:eastAsia="ko-KR"/>
        </w:rPr>
        <w:t>수행</w:t>
      </w:r>
      <w:r>
        <w:rPr>
          <w:lang w:eastAsia="ko-KR"/>
        </w:rPr>
        <w:t xml:space="preserve">   □ </w:t>
      </w:r>
      <w:r>
        <w:rPr>
          <w:lang w:eastAsia="ko-KR"/>
        </w:rPr>
        <w:t>수행</w:t>
      </w:r>
      <w:r>
        <w:rPr>
          <w:lang w:eastAsia="ko-KR"/>
        </w:rPr>
        <w:t xml:space="preserve"> </w:t>
      </w:r>
      <w:r>
        <w:rPr>
          <w:lang w:eastAsia="ko-KR"/>
        </w:rPr>
        <w:t>가능</w:t>
      </w:r>
      <w:r>
        <w:rPr>
          <w:lang w:eastAsia="ko-KR"/>
        </w:rPr>
        <w:t xml:space="preserve">   □ </w:t>
      </w:r>
      <w:r>
        <w:rPr>
          <w:lang w:eastAsia="ko-KR"/>
        </w:rPr>
        <w:t>상황에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다름</w:t>
      </w:r>
      <w:r>
        <w:rPr>
          <w:lang w:eastAsia="ko-KR"/>
        </w:rPr>
        <w:t xml:space="preserve">   □ </w:t>
      </w:r>
      <w:r>
        <w:rPr>
          <w:lang w:eastAsia="ko-KR"/>
        </w:rPr>
        <w:t>어려움</w:t>
      </w:r>
    </w:p>
    <w:p w14:paraId="685EDEFF" w14:textId="77777777" w:rsidR="00122950" w:rsidRDefault="00000000">
      <w:pPr>
        <w:rPr>
          <w:lang w:eastAsia="ko-KR"/>
        </w:rPr>
      </w:pPr>
      <w:r>
        <w:rPr>
          <w:b/>
          <w:lang w:eastAsia="ko-KR"/>
        </w:rPr>
        <w:t xml:space="preserve">④ </w:t>
      </w:r>
      <w:r>
        <w:rPr>
          <w:b/>
          <w:lang w:eastAsia="ko-KR"/>
        </w:rPr>
        <w:t>다른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수강생과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경험</w:t>
      </w:r>
      <w:r>
        <w:rPr>
          <w:b/>
          <w:lang w:eastAsia="ko-KR"/>
        </w:rPr>
        <w:t>·</w:t>
      </w:r>
      <w:r>
        <w:rPr>
          <w:b/>
          <w:lang w:eastAsia="ko-KR"/>
        </w:rPr>
        <w:t>정보를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나누고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서로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협력하는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활동에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참여할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의향이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있습니까</w:t>
      </w:r>
      <w:r>
        <w:rPr>
          <w:b/>
          <w:lang w:eastAsia="ko-KR"/>
        </w:rPr>
        <w:t>?</w:t>
      </w:r>
    </w:p>
    <w:p w14:paraId="1A9DC145" w14:textId="77777777" w:rsidR="00122950" w:rsidRDefault="00000000">
      <w:pPr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적극</w:t>
      </w:r>
      <w:r>
        <w:rPr>
          <w:lang w:eastAsia="ko-KR"/>
        </w:rPr>
        <w:t xml:space="preserve"> </w:t>
      </w:r>
      <w:r>
        <w:rPr>
          <w:lang w:eastAsia="ko-KR"/>
        </w:rPr>
        <w:t>참여</w:t>
      </w:r>
      <w:r>
        <w:rPr>
          <w:lang w:eastAsia="ko-KR"/>
        </w:rPr>
        <w:t xml:space="preserve">   □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가능</w:t>
      </w:r>
      <w:r>
        <w:rPr>
          <w:lang w:eastAsia="ko-KR"/>
        </w:rPr>
        <w:t xml:space="preserve">   □ </w:t>
      </w:r>
      <w:r>
        <w:rPr>
          <w:lang w:eastAsia="ko-KR"/>
        </w:rPr>
        <w:t>잘</w:t>
      </w:r>
      <w:r>
        <w:rPr>
          <w:lang w:eastAsia="ko-KR"/>
        </w:rPr>
        <w:t xml:space="preserve"> </w:t>
      </w:r>
      <w:r>
        <w:rPr>
          <w:lang w:eastAsia="ko-KR"/>
        </w:rPr>
        <w:t>모르겠음</w:t>
      </w:r>
    </w:p>
    <w:p w14:paraId="310C255F" w14:textId="77777777" w:rsidR="00122950" w:rsidRDefault="00000000">
      <w:pPr>
        <w:spacing w:before="160" w:after="60"/>
        <w:rPr>
          <w:lang w:eastAsia="ko-KR"/>
        </w:rPr>
      </w:pPr>
      <w:r>
        <w:rPr>
          <w:b/>
          <w:sz w:val="26"/>
          <w:lang w:eastAsia="ko-KR"/>
        </w:rPr>
        <w:t xml:space="preserve">8. </w:t>
      </w:r>
      <w:r>
        <w:rPr>
          <w:b/>
          <w:sz w:val="26"/>
          <w:lang w:eastAsia="ko-KR"/>
        </w:rPr>
        <w:t>정회원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가입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확인</w:t>
      </w:r>
    </w:p>
    <w:p w14:paraId="3A0274EB" w14:textId="77777777" w:rsidR="00122950" w:rsidRDefault="00000000">
      <w:pPr>
        <w:rPr>
          <w:lang w:eastAsia="ko-KR"/>
        </w:rPr>
      </w:pPr>
      <w:r>
        <w:rPr>
          <w:lang w:eastAsia="ko-KR"/>
        </w:rPr>
        <w:t>제</w:t>
      </w:r>
      <w:r>
        <w:rPr>
          <w:lang w:eastAsia="ko-KR"/>
        </w:rPr>
        <w:t>3</w:t>
      </w:r>
      <w:r>
        <w:rPr>
          <w:lang w:eastAsia="ko-KR"/>
        </w:rPr>
        <w:t>기</w:t>
      </w:r>
      <w:r>
        <w:rPr>
          <w:lang w:eastAsia="ko-KR"/>
        </w:rPr>
        <w:t xml:space="preserve"> </w:t>
      </w: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아카데미는</w:t>
      </w:r>
      <w:r>
        <w:rPr>
          <w:lang w:eastAsia="ko-KR"/>
        </w:rPr>
        <w:t xml:space="preserve"> </w:t>
      </w:r>
      <w:r>
        <w:rPr>
          <w:lang w:eastAsia="ko-KR"/>
        </w:rPr>
        <w:t>사단법인</w:t>
      </w:r>
      <w:r>
        <w:rPr>
          <w:lang w:eastAsia="ko-KR"/>
        </w:rPr>
        <w:t xml:space="preserve"> </w:t>
      </w:r>
      <w:r>
        <w:rPr>
          <w:lang w:eastAsia="ko-KR"/>
        </w:rPr>
        <w:t>한국온라인해외직판협회</w:t>
      </w:r>
      <w:r>
        <w:rPr>
          <w:lang w:eastAsia="ko-KR"/>
        </w:rPr>
        <w:t xml:space="preserve"> </w:t>
      </w:r>
      <w:r>
        <w:rPr>
          <w:lang w:eastAsia="ko-KR"/>
        </w:rPr>
        <w:t>정회원</w:t>
      </w:r>
      <w:r>
        <w:rPr>
          <w:lang w:eastAsia="ko-KR"/>
        </w:rPr>
        <w:t xml:space="preserve"> </w:t>
      </w:r>
      <w:r>
        <w:rPr>
          <w:lang w:eastAsia="ko-KR"/>
        </w:rPr>
        <w:t>대상</w:t>
      </w:r>
      <w:r>
        <w:rPr>
          <w:lang w:eastAsia="ko-KR"/>
        </w:rPr>
        <w:t xml:space="preserve"> </w:t>
      </w:r>
      <w:r>
        <w:rPr>
          <w:lang w:eastAsia="ko-KR"/>
        </w:rPr>
        <w:t>무료교육입니다</w:t>
      </w:r>
      <w:r>
        <w:rPr>
          <w:lang w:eastAsia="ko-KR"/>
        </w:rPr>
        <w:t xml:space="preserve">. </w:t>
      </w:r>
      <w:r>
        <w:rPr>
          <w:lang w:eastAsia="ko-KR"/>
        </w:rPr>
        <w:t>최종</w:t>
      </w:r>
      <w:r>
        <w:rPr>
          <w:lang w:eastAsia="ko-KR"/>
        </w:rPr>
        <w:t xml:space="preserve"> </w:t>
      </w:r>
      <w:r>
        <w:rPr>
          <w:lang w:eastAsia="ko-KR"/>
        </w:rPr>
        <w:t>선발자는</w:t>
      </w:r>
      <w:r>
        <w:rPr>
          <w:lang w:eastAsia="ko-KR"/>
        </w:rPr>
        <w:t xml:space="preserve"> </w:t>
      </w:r>
      <w:r>
        <w:rPr>
          <w:lang w:eastAsia="ko-KR"/>
        </w:rPr>
        <w:t>협회</w:t>
      </w:r>
      <w:r>
        <w:rPr>
          <w:lang w:eastAsia="ko-KR"/>
        </w:rPr>
        <w:t xml:space="preserve"> </w:t>
      </w:r>
      <w:r>
        <w:rPr>
          <w:lang w:eastAsia="ko-KR"/>
        </w:rPr>
        <w:t>정회원으로</w:t>
      </w:r>
      <w:r>
        <w:rPr>
          <w:lang w:eastAsia="ko-KR"/>
        </w:rPr>
        <w:t xml:space="preserve"> </w:t>
      </w:r>
      <w:r>
        <w:rPr>
          <w:lang w:eastAsia="ko-KR"/>
        </w:rPr>
        <w:t>가입하며</w:t>
      </w:r>
      <w:r>
        <w:rPr>
          <w:lang w:eastAsia="ko-KR"/>
        </w:rPr>
        <w:t xml:space="preserve"> </w:t>
      </w:r>
      <w:r>
        <w:rPr>
          <w:lang w:eastAsia="ko-KR"/>
        </w:rPr>
        <w:t>정회원</w:t>
      </w:r>
      <w:r>
        <w:rPr>
          <w:lang w:eastAsia="ko-KR"/>
        </w:rPr>
        <w:t xml:space="preserve"> </w:t>
      </w:r>
      <w:r>
        <w:rPr>
          <w:lang w:eastAsia="ko-KR"/>
        </w:rPr>
        <w:t>회비는</w:t>
      </w:r>
      <w:r>
        <w:rPr>
          <w:lang w:eastAsia="ko-KR"/>
        </w:rPr>
        <w:t xml:space="preserve"> </w:t>
      </w:r>
      <w:r>
        <w:rPr>
          <w:lang w:eastAsia="ko-KR"/>
        </w:rPr>
        <w:t>월</w:t>
      </w:r>
      <w:r>
        <w:rPr>
          <w:lang w:eastAsia="ko-KR"/>
        </w:rPr>
        <w:t xml:space="preserve"> 100,000</w:t>
      </w:r>
      <w:r>
        <w:rPr>
          <w:lang w:eastAsia="ko-KR"/>
        </w:rPr>
        <w:t>원입니다</w:t>
      </w:r>
      <w:r>
        <w:rPr>
          <w:lang w:eastAsia="ko-KR"/>
        </w:rPr>
        <w:t>.</w:t>
      </w:r>
    </w:p>
    <w:p w14:paraId="0B4C392F" w14:textId="77777777" w:rsidR="00122950" w:rsidRDefault="00000000">
      <w:pPr>
        <w:rPr>
          <w:lang w:eastAsia="ko-KR"/>
        </w:rPr>
      </w:pPr>
      <w:r>
        <w:rPr>
          <w:lang w:eastAsia="ko-KR"/>
        </w:rPr>
        <w:t>정회원</w:t>
      </w:r>
      <w:r>
        <w:rPr>
          <w:lang w:eastAsia="ko-KR"/>
        </w:rPr>
        <w:t xml:space="preserve"> </w:t>
      </w:r>
      <w:r>
        <w:rPr>
          <w:lang w:eastAsia="ko-KR"/>
        </w:rPr>
        <w:t>혜택</w:t>
      </w:r>
      <w:r>
        <w:rPr>
          <w:lang w:eastAsia="ko-KR"/>
        </w:rPr>
        <w:t xml:space="preserve">: </w:t>
      </w: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아카데미</w:t>
      </w:r>
      <w:r>
        <w:rPr>
          <w:lang w:eastAsia="ko-KR"/>
        </w:rPr>
        <w:t xml:space="preserve"> </w:t>
      </w:r>
      <w:r>
        <w:rPr>
          <w:lang w:eastAsia="ko-KR"/>
        </w:rPr>
        <w:t>무료수강</w:t>
      </w:r>
      <w:r>
        <w:rPr>
          <w:lang w:eastAsia="ko-KR"/>
        </w:rPr>
        <w:t xml:space="preserve">, </w:t>
      </w:r>
      <w:r>
        <w:rPr>
          <w:lang w:eastAsia="ko-KR"/>
        </w:rPr>
        <w:t>회비</w:t>
      </w:r>
      <w:r>
        <w:rPr>
          <w:lang w:eastAsia="ko-KR"/>
        </w:rPr>
        <w:t xml:space="preserve"> </w:t>
      </w:r>
      <w:r>
        <w:rPr>
          <w:lang w:eastAsia="ko-KR"/>
        </w:rPr>
        <w:t>납부월</w:t>
      </w:r>
      <w:r>
        <w:rPr>
          <w:lang w:eastAsia="ko-KR"/>
        </w:rPr>
        <w:t xml:space="preserve"> 100K GO </w:t>
      </w:r>
      <w:r>
        <w:rPr>
          <w:lang w:eastAsia="ko-KR"/>
        </w:rPr>
        <w:t>해외직판포럼</w:t>
      </w:r>
      <w:r>
        <w:rPr>
          <w:lang w:eastAsia="ko-KR"/>
        </w:rPr>
        <w:t xml:space="preserve"> </w:t>
      </w:r>
      <w:r>
        <w:rPr>
          <w:lang w:eastAsia="ko-KR"/>
        </w:rPr>
        <w:t>무료</w:t>
      </w:r>
      <w:r>
        <w:rPr>
          <w:lang w:eastAsia="ko-KR"/>
        </w:rPr>
        <w:t xml:space="preserve"> </w:t>
      </w:r>
      <w:r>
        <w:rPr>
          <w:lang w:eastAsia="ko-KR"/>
        </w:rPr>
        <w:t>참가</w:t>
      </w:r>
      <w:r>
        <w:rPr>
          <w:lang w:eastAsia="ko-KR"/>
        </w:rPr>
        <w:t xml:space="preserve">, </w:t>
      </w:r>
      <w:r>
        <w:rPr>
          <w:lang w:eastAsia="ko-KR"/>
        </w:rPr>
        <w:t>산막스쿨</w:t>
      </w:r>
      <w:r>
        <w:rPr>
          <w:lang w:eastAsia="ko-KR"/>
        </w:rPr>
        <w:t xml:space="preserve"> 1</w:t>
      </w:r>
      <w:r>
        <w:rPr>
          <w:lang w:eastAsia="ko-KR"/>
        </w:rPr>
        <w:t>박</w:t>
      </w:r>
      <w:r>
        <w:rPr>
          <w:lang w:eastAsia="ko-KR"/>
        </w:rPr>
        <w:t xml:space="preserve"> 2</w:t>
      </w:r>
      <w:r>
        <w:rPr>
          <w:lang w:eastAsia="ko-KR"/>
        </w:rPr>
        <w:t>일</w:t>
      </w:r>
      <w:r>
        <w:rPr>
          <w:lang w:eastAsia="ko-KR"/>
        </w:rPr>
        <w:t xml:space="preserve"> </w:t>
      </w:r>
      <w:r>
        <w:rPr>
          <w:lang w:eastAsia="ko-KR"/>
        </w:rPr>
        <w:t>과정</w:t>
      </w:r>
      <w:r>
        <w:rPr>
          <w:lang w:eastAsia="ko-KR"/>
        </w:rPr>
        <w:t xml:space="preserve"> </w:t>
      </w:r>
      <w:r>
        <w:rPr>
          <w:lang w:eastAsia="ko-KR"/>
        </w:rPr>
        <w:t>무료</w:t>
      </w:r>
      <w:r>
        <w:rPr>
          <w:lang w:eastAsia="ko-KR"/>
        </w:rPr>
        <w:t xml:space="preserve"> </w:t>
      </w:r>
      <w:r>
        <w:rPr>
          <w:lang w:eastAsia="ko-KR"/>
        </w:rPr>
        <w:t>참가</w:t>
      </w:r>
      <w:r>
        <w:rPr>
          <w:lang w:eastAsia="ko-KR"/>
        </w:rPr>
        <w:t xml:space="preserve">, </w:t>
      </w:r>
      <w:r>
        <w:rPr>
          <w:lang w:eastAsia="ko-KR"/>
        </w:rPr>
        <w:t>경영</w:t>
      </w:r>
      <w:r>
        <w:rPr>
          <w:lang w:eastAsia="ko-KR"/>
        </w:rPr>
        <w:t xml:space="preserve"> </w:t>
      </w:r>
      <w:r>
        <w:rPr>
          <w:lang w:eastAsia="ko-KR"/>
        </w:rPr>
        <w:t>멘토링</w:t>
      </w:r>
      <w:r>
        <w:rPr>
          <w:lang w:eastAsia="ko-KR"/>
        </w:rPr>
        <w:t xml:space="preserve">, </w:t>
      </w:r>
      <w:r>
        <w:rPr>
          <w:lang w:eastAsia="ko-KR"/>
        </w:rPr>
        <w:t>정부지원사업</w:t>
      </w:r>
      <w:r>
        <w:rPr>
          <w:lang w:eastAsia="ko-KR"/>
        </w:rPr>
        <w:t>·</w:t>
      </w:r>
      <w:r>
        <w:rPr>
          <w:lang w:eastAsia="ko-KR"/>
        </w:rPr>
        <w:t>정책자금</w:t>
      </w:r>
      <w:r>
        <w:rPr>
          <w:lang w:eastAsia="ko-KR"/>
        </w:rPr>
        <w:t xml:space="preserve"> </w:t>
      </w:r>
      <w:r>
        <w:rPr>
          <w:lang w:eastAsia="ko-KR"/>
        </w:rPr>
        <w:t>기본</w:t>
      </w:r>
      <w:r>
        <w:rPr>
          <w:lang w:eastAsia="ko-KR"/>
        </w:rPr>
        <w:t xml:space="preserve"> </w:t>
      </w:r>
      <w:r>
        <w:rPr>
          <w:lang w:eastAsia="ko-KR"/>
        </w:rPr>
        <w:t>컨설팅</w:t>
      </w:r>
    </w:p>
    <w:p w14:paraId="063A8370" w14:textId="77777777" w:rsidR="00122950" w:rsidRDefault="00000000">
      <w:pPr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확인하였으며</w:t>
      </w:r>
      <w:r>
        <w:rPr>
          <w:lang w:eastAsia="ko-KR"/>
        </w:rPr>
        <w:t xml:space="preserve"> </w:t>
      </w:r>
      <w:r>
        <w:rPr>
          <w:lang w:eastAsia="ko-KR"/>
        </w:rPr>
        <w:t>최종</w:t>
      </w:r>
      <w:r>
        <w:rPr>
          <w:lang w:eastAsia="ko-KR"/>
        </w:rPr>
        <w:t xml:space="preserve"> </w:t>
      </w:r>
      <w:r>
        <w:rPr>
          <w:lang w:eastAsia="ko-KR"/>
        </w:rPr>
        <w:t>선발</w:t>
      </w:r>
      <w:r>
        <w:rPr>
          <w:lang w:eastAsia="ko-KR"/>
        </w:rPr>
        <w:t xml:space="preserve"> </w:t>
      </w:r>
      <w:r>
        <w:rPr>
          <w:lang w:eastAsia="ko-KR"/>
        </w:rPr>
        <w:t>시</w:t>
      </w:r>
      <w:r>
        <w:rPr>
          <w:lang w:eastAsia="ko-KR"/>
        </w:rPr>
        <w:t xml:space="preserve"> </w:t>
      </w:r>
      <w:r>
        <w:rPr>
          <w:lang w:eastAsia="ko-KR"/>
        </w:rPr>
        <w:t>정회원으로</w:t>
      </w:r>
      <w:r>
        <w:rPr>
          <w:lang w:eastAsia="ko-KR"/>
        </w:rPr>
        <w:t xml:space="preserve"> </w:t>
      </w:r>
      <w:r>
        <w:rPr>
          <w:lang w:eastAsia="ko-KR"/>
        </w:rPr>
        <w:t>가입하겠습니다</w:t>
      </w:r>
      <w:r>
        <w:rPr>
          <w:lang w:eastAsia="ko-KR"/>
        </w:rPr>
        <w:t>.</w:t>
      </w:r>
      <w:r>
        <w:rPr>
          <w:lang w:eastAsia="ko-KR"/>
        </w:rPr>
        <w:br/>
        <w:t xml:space="preserve">□ </w:t>
      </w:r>
      <w:r>
        <w:rPr>
          <w:lang w:eastAsia="ko-KR"/>
        </w:rPr>
        <w:t>확인하였으나</w:t>
      </w:r>
      <w:r>
        <w:rPr>
          <w:lang w:eastAsia="ko-KR"/>
        </w:rPr>
        <w:t xml:space="preserve"> </w:t>
      </w:r>
      <w:r>
        <w:rPr>
          <w:lang w:eastAsia="ko-KR"/>
        </w:rPr>
        <w:t>가입</w:t>
      </w:r>
      <w:r>
        <w:rPr>
          <w:lang w:eastAsia="ko-KR"/>
        </w:rPr>
        <w:t xml:space="preserve"> </w:t>
      </w:r>
      <w:r>
        <w:rPr>
          <w:lang w:eastAsia="ko-KR"/>
        </w:rPr>
        <w:t>여부를</w:t>
      </w:r>
      <w:r>
        <w:rPr>
          <w:lang w:eastAsia="ko-KR"/>
        </w:rPr>
        <w:t xml:space="preserve"> </w:t>
      </w:r>
      <w:r>
        <w:rPr>
          <w:lang w:eastAsia="ko-KR"/>
        </w:rPr>
        <w:t>더</w:t>
      </w:r>
      <w:r>
        <w:rPr>
          <w:lang w:eastAsia="ko-KR"/>
        </w:rPr>
        <w:t xml:space="preserve"> </w:t>
      </w:r>
      <w:r>
        <w:rPr>
          <w:lang w:eastAsia="ko-KR"/>
        </w:rPr>
        <w:t>검토하고</w:t>
      </w:r>
      <w:r>
        <w:rPr>
          <w:lang w:eastAsia="ko-KR"/>
        </w:rPr>
        <w:t xml:space="preserve"> </w:t>
      </w:r>
      <w:r>
        <w:rPr>
          <w:lang w:eastAsia="ko-KR"/>
        </w:rPr>
        <w:t>싶습니다</w:t>
      </w:r>
      <w:r>
        <w:rPr>
          <w:lang w:eastAsia="ko-KR"/>
        </w:rPr>
        <w:t>.</w:t>
      </w:r>
    </w:p>
    <w:p w14:paraId="0DD11E7B" w14:textId="132CBC47" w:rsidR="00122950" w:rsidRPr="00574322" w:rsidRDefault="00000000">
      <w:pPr>
        <w:spacing w:before="160" w:after="60"/>
        <w:rPr>
          <w:rFonts w:eastAsia="맑은 고딕"/>
          <w:lang w:eastAsia="ko-KR"/>
        </w:rPr>
      </w:pPr>
      <w:r>
        <w:rPr>
          <w:b/>
          <w:sz w:val="26"/>
          <w:lang w:eastAsia="ko-KR"/>
        </w:rPr>
        <w:t xml:space="preserve">9. </w:t>
      </w:r>
      <w:r>
        <w:rPr>
          <w:b/>
          <w:sz w:val="26"/>
          <w:lang w:eastAsia="ko-KR"/>
        </w:rPr>
        <w:t>마지막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질문</w:t>
      </w:r>
      <w:r>
        <w:rPr>
          <w:b/>
          <w:lang w:eastAsia="ko-KR"/>
        </w:rPr>
        <w:t xml:space="preserve"> </w:t>
      </w:r>
    </w:p>
    <w:p w14:paraId="2A8B1067" w14:textId="77777777" w:rsidR="00122950" w:rsidRDefault="00000000">
      <w:pPr>
        <w:spacing w:before="80" w:after="40"/>
        <w:rPr>
          <w:lang w:eastAsia="ko-KR"/>
        </w:rPr>
      </w:pPr>
      <w:r>
        <w:rPr>
          <w:b/>
          <w:lang w:eastAsia="ko-KR"/>
        </w:rPr>
        <w:t>우리가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당신을</w:t>
      </w:r>
      <w:r>
        <w:rPr>
          <w:b/>
          <w:lang w:eastAsia="ko-KR"/>
        </w:rPr>
        <w:t xml:space="preserve"> 40</w:t>
      </w:r>
      <w:r>
        <w:rPr>
          <w:b/>
          <w:lang w:eastAsia="ko-KR"/>
        </w:rPr>
        <w:t>명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중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사람으로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선발해야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하는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이유는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무엇입니까</w:t>
      </w:r>
      <w:r>
        <w:rPr>
          <w:b/>
          <w:lang w:eastAsia="ko-KR"/>
        </w:rPr>
        <w:t>?</w:t>
      </w:r>
    </w:p>
    <w:p w14:paraId="34011057" w14:textId="77777777" w:rsidR="00122950" w:rsidRDefault="00000000">
      <w:pPr>
        <w:spacing w:after="40"/>
        <w:rPr>
          <w:lang w:eastAsia="ko-KR"/>
        </w:rPr>
      </w:pPr>
      <w:r>
        <w:rPr>
          <w:i/>
          <w:sz w:val="17"/>
          <w:lang w:eastAsia="ko-KR"/>
        </w:rPr>
        <w:t>경력이나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스펙보다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본인의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열정과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실행의지를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중심으로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작성해</w:t>
      </w:r>
      <w:r>
        <w:rPr>
          <w:i/>
          <w:sz w:val="17"/>
          <w:lang w:eastAsia="ko-KR"/>
        </w:rPr>
        <w:t xml:space="preserve"> </w:t>
      </w:r>
      <w:r>
        <w:rPr>
          <w:i/>
          <w:sz w:val="17"/>
          <w:lang w:eastAsia="ko-KR"/>
        </w:rPr>
        <w:t>주세요</w:t>
      </w:r>
      <w:r>
        <w:rPr>
          <w:i/>
          <w:sz w:val="17"/>
          <w:lang w:eastAsia="ko-KR"/>
        </w:rPr>
        <w:t>.</w:t>
      </w:r>
    </w:p>
    <w:p w14:paraId="27DCBA0A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59D9E2B4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16DB01C3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6ADF5EAB" w14:textId="77777777" w:rsidR="00122950" w:rsidRDefault="00000000">
      <w:pPr>
        <w:spacing w:after="0"/>
        <w:rPr>
          <w:lang w:eastAsia="ko-KR"/>
        </w:rPr>
      </w:pPr>
      <w:r>
        <w:rPr>
          <w:lang w:eastAsia="ko-KR"/>
        </w:rPr>
        <w:t>________________________________________________________________________________</w:t>
      </w:r>
    </w:p>
    <w:p w14:paraId="163FB53E" w14:textId="77777777" w:rsidR="00122950" w:rsidRDefault="00000000">
      <w:pPr>
        <w:spacing w:before="160" w:after="60"/>
        <w:rPr>
          <w:lang w:eastAsia="ko-KR"/>
        </w:rPr>
      </w:pPr>
      <w:r>
        <w:rPr>
          <w:b/>
          <w:sz w:val="26"/>
          <w:lang w:eastAsia="ko-KR"/>
        </w:rPr>
        <w:t xml:space="preserve">10. </w:t>
      </w:r>
      <w:r>
        <w:rPr>
          <w:b/>
          <w:sz w:val="26"/>
          <w:lang w:eastAsia="ko-KR"/>
        </w:rPr>
        <w:t>개인정보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수집</w:t>
      </w:r>
      <w:r>
        <w:rPr>
          <w:b/>
          <w:sz w:val="26"/>
          <w:lang w:eastAsia="ko-KR"/>
        </w:rPr>
        <w:t>·</w:t>
      </w:r>
      <w:r>
        <w:rPr>
          <w:b/>
          <w:sz w:val="26"/>
          <w:lang w:eastAsia="ko-KR"/>
        </w:rPr>
        <w:t>이용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동의</w:t>
      </w:r>
    </w:p>
    <w:p w14:paraId="2518CD63" w14:textId="77777777" w:rsidR="00122950" w:rsidRDefault="00000000">
      <w:pPr>
        <w:rPr>
          <w:lang w:eastAsia="ko-KR"/>
        </w:rPr>
      </w:pPr>
      <w:r>
        <w:rPr>
          <w:lang w:eastAsia="ko-KR"/>
        </w:rPr>
        <w:t>본인은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3</w:t>
      </w:r>
      <w:r>
        <w:rPr>
          <w:lang w:eastAsia="ko-KR"/>
        </w:rPr>
        <w:t>기</w:t>
      </w:r>
      <w:r>
        <w:rPr>
          <w:lang w:eastAsia="ko-KR"/>
        </w:rPr>
        <w:t xml:space="preserve"> </w:t>
      </w: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아카데미</w:t>
      </w:r>
      <w:r>
        <w:rPr>
          <w:lang w:eastAsia="ko-KR"/>
        </w:rPr>
        <w:t xml:space="preserve"> </w:t>
      </w:r>
      <w:r>
        <w:rPr>
          <w:lang w:eastAsia="ko-KR"/>
        </w:rPr>
        <w:t>참가자</w:t>
      </w:r>
      <w:r>
        <w:rPr>
          <w:lang w:eastAsia="ko-KR"/>
        </w:rPr>
        <w:t xml:space="preserve"> </w:t>
      </w:r>
      <w:r>
        <w:rPr>
          <w:lang w:eastAsia="ko-KR"/>
        </w:rPr>
        <w:t>선발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운영을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개인정보</w:t>
      </w:r>
      <w:r>
        <w:rPr>
          <w:lang w:eastAsia="ko-KR"/>
        </w:rPr>
        <w:t xml:space="preserve"> </w:t>
      </w:r>
      <w:r>
        <w:rPr>
          <w:lang w:eastAsia="ko-KR"/>
        </w:rPr>
        <w:t>수집</w:t>
      </w:r>
      <w:r>
        <w:rPr>
          <w:lang w:eastAsia="ko-KR"/>
        </w:rPr>
        <w:t>·</w:t>
      </w:r>
      <w:r>
        <w:rPr>
          <w:lang w:eastAsia="ko-KR"/>
        </w:rPr>
        <w:t>이용에</w:t>
      </w:r>
      <w:r>
        <w:rPr>
          <w:lang w:eastAsia="ko-KR"/>
        </w:rPr>
        <w:t xml:space="preserve"> </w:t>
      </w:r>
      <w:r>
        <w:rPr>
          <w:lang w:eastAsia="ko-KR"/>
        </w:rPr>
        <w:t>동의합니다</w:t>
      </w:r>
      <w:r>
        <w:rPr>
          <w:lang w:eastAsia="ko-KR"/>
        </w:rPr>
        <w:t>.</w:t>
      </w:r>
    </w:p>
    <w:p w14:paraId="438C1BD7" w14:textId="77777777" w:rsidR="00122950" w:rsidRDefault="00000000">
      <w:pPr>
        <w:rPr>
          <w:rFonts w:eastAsia="맑은 고딕"/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동의합니다</w:t>
      </w:r>
      <w:r>
        <w:rPr>
          <w:lang w:eastAsia="ko-KR"/>
        </w:rPr>
        <w:t>.</w:t>
      </w:r>
    </w:p>
    <w:p w14:paraId="7114EEE1" w14:textId="77777777" w:rsidR="00122950" w:rsidRDefault="00000000">
      <w:pPr>
        <w:jc w:val="right"/>
        <w:rPr>
          <w:rFonts w:eastAsia="맑은 고딕"/>
          <w:lang w:eastAsia="ko-KR"/>
        </w:rPr>
      </w:pPr>
      <w:r>
        <w:rPr>
          <w:lang w:eastAsia="ko-KR"/>
        </w:rPr>
        <w:t>작성일</w:t>
      </w:r>
      <w:r>
        <w:rPr>
          <w:lang w:eastAsia="ko-KR"/>
        </w:rPr>
        <w:t>: 2026</w:t>
      </w:r>
      <w:r>
        <w:rPr>
          <w:lang w:eastAsia="ko-KR"/>
        </w:rPr>
        <w:t>년</w:t>
      </w:r>
      <w:r>
        <w:rPr>
          <w:lang w:eastAsia="ko-KR"/>
        </w:rPr>
        <w:t xml:space="preserve">     </w:t>
      </w:r>
      <w:r>
        <w:rPr>
          <w:lang w:eastAsia="ko-KR"/>
        </w:rPr>
        <w:t>월</w:t>
      </w:r>
      <w:r>
        <w:rPr>
          <w:lang w:eastAsia="ko-KR"/>
        </w:rPr>
        <w:t xml:space="preserve">     </w:t>
      </w:r>
      <w:r>
        <w:rPr>
          <w:lang w:eastAsia="ko-KR"/>
        </w:rPr>
        <w:t>일</w:t>
      </w:r>
      <w:r>
        <w:rPr>
          <w:lang w:eastAsia="ko-KR"/>
        </w:rPr>
        <w:t xml:space="preserve">        </w:t>
      </w:r>
      <w:r>
        <w:rPr>
          <w:lang w:eastAsia="ko-KR"/>
        </w:rPr>
        <w:t>지원자</w:t>
      </w:r>
      <w:r>
        <w:rPr>
          <w:lang w:eastAsia="ko-KR"/>
        </w:rPr>
        <w:t>:                         (</w:t>
      </w:r>
      <w:r>
        <w:rPr>
          <w:lang w:eastAsia="ko-KR"/>
        </w:rPr>
        <w:t>서명</w:t>
      </w:r>
      <w:r>
        <w:rPr>
          <w:lang w:eastAsia="ko-KR"/>
        </w:rPr>
        <w:t>)</w:t>
      </w:r>
    </w:p>
    <w:p w14:paraId="2AAB0885" w14:textId="77777777" w:rsidR="00EB3574" w:rsidRPr="00EB3574" w:rsidRDefault="00EB3574">
      <w:pPr>
        <w:jc w:val="right"/>
        <w:rPr>
          <w:rFonts w:eastAsia="맑은 고딕" w:hint="eastAsia"/>
          <w:lang w:eastAsia="ko-KR"/>
        </w:rPr>
      </w:pPr>
    </w:p>
    <w:p w14:paraId="4B1D1D88" w14:textId="77777777" w:rsidR="00122950" w:rsidRDefault="00000000">
      <w:pPr>
        <w:spacing w:before="160"/>
        <w:rPr>
          <w:lang w:eastAsia="ko-KR"/>
        </w:rPr>
      </w:pPr>
      <w:r>
        <w:rPr>
          <w:b/>
          <w:lang w:eastAsia="ko-KR"/>
        </w:rPr>
        <w:t>접수처</w:t>
      </w:r>
      <w:r>
        <w:rPr>
          <w:b/>
          <w:lang w:eastAsia="ko-KR"/>
        </w:rPr>
        <w:t xml:space="preserve">  </w:t>
      </w:r>
      <w:r>
        <w:rPr>
          <w:lang w:eastAsia="ko-KR"/>
        </w:rPr>
        <w:t xml:space="preserve">100kgo.kor@gmail.com     |     </w:t>
      </w:r>
      <w:r>
        <w:rPr>
          <w:b/>
          <w:lang w:eastAsia="ko-KR"/>
        </w:rPr>
        <w:t>문의</w:t>
      </w:r>
      <w:r>
        <w:rPr>
          <w:b/>
          <w:lang w:eastAsia="ko-KR"/>
        </w:rPr>
        <w:t xml:space="preserve">  </w:t>
      </w:r>
      <w:r>
        <w:rPr>
          <w:lang w:eastAsia="ko-KR"/>
        </w:rPr>
        <w:t>사단법인</w:t>
      </w:r>
      <w:r>
        <w:rPr>
          <w:lang w:eastAsia="ko-KR"/>
        </w:rPr>
        <w:t xml:space="preserve"> </w:t>
      </w:r>
      <w:r>
        <w:rPr>
          <w:lang w:eastAsia="ko-KR"/>
        </w:rPr>
        <w:t>한국온라인해외직판협회</w:t>
      </w:r>
      <w:r>
        <w:rPr>
          <w:lang w:eastAsia="ko-KR"/>
        </w:rPr>
        <w:t xml:space="preserve"> </w:t>
      </w:r>
      <w:r>
        <w:rPr>
          <w:lang w:eastAsia="ko-KR"/>
        </w:rPr>
        <w:t>사무총장</w:t>
      </w:r>
    </w:p>
    <w:sectPr w:rsidR="00122950" w:rsidSect="00034616">
      <w:pgSz w:w="12240" w:h="15840"/>
      <w:pgMar w:top="794" w:right="964" w:bottom="79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DE03" w14:textId="77777777" w:rsidR="007E444D" w:rsidRDefault="007E444D" w:rsidP="003B608F">
      <w:pPr>
        <w:spacing w:after="0" w:line="240" w:lineRule="auto"/>
      </w:pPr>
      <w:r>
        <w:separator/>
      </w:r>
    </w:p>
  </w:endnote>
  <w:endnote w:type="continuationSeparator" w:id="0">
    <w:p w14:paraId="1654D926" w14:textId="77777777" w:rsidR="007E444D" w:rsidRDefault="007E444D" w:rsidP="003B6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CFD57" w14:textId="77777777" w:rsidR="007E444D" w:rsidRDefault="007E444D" w:rsidP="003B608F">
      <w:pPr>
        <w:spacing w:after="0" w:line="240" w:lineRule="auto"/>
      </w:pPr>
      <w:r>
        <w:separator/>
      </w:r>
    </w:p>
  </w:footnote>
  <w:footnote w:type="continuationSeparator" w:id="0">
    <w:p w14:paraId="5763093C" w14:textId="77777777" w:rsidR="007E444D" w:rsidRDefault="007E444D" w:rsidP="003B6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7181861">
    <w:abstractNumId w:val="8"/>
  </w:num>
  <w:num w:numId="2" w16cid:durableId="1730496241">
    <w:abstractNumId w:val="6"/>
  </w:num>
  <w:num w:numId="3" w16cid:durableId="1183786506">
    <w:abstractNumId w:val="5"/>
  </w:num>
  <w:num w:numId="4" w16cid:durableId="867647210">
    <w:abstractNumId w:val="4"/>
  </w:num>
  <w:num w:numId="5" w16cid:durableId="1134324308">
    <w:abstractNumId w:val="7"/>
  </w:num>
  <w:num w:numId="6" w16cid:durableId="1225137398">
    <w:abstractNumId w:val="3"/>
  </w:num>
  <w:num w:numId="7" w16cid:durableId="342589093">
    <w:abstractNumId w:val="2"/>
  </w:num>
  <w:num w:numId="8" w16cid:durableId="855920925">
    <w:abstractNumId w:val="1"/>
  </w:num>
  <w:num w:numId="9" w16cid:durableId="196414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2950"/>
    <w:rsid w:val="0015074B"/>
    <w:rsid w:val="0029639D"/>
    <w:rsid w:val="00326F90"/>
    <w:rsid w:val="003B608F"/>
    <w:rsid w:val="004D7354"/>
    <w:rsid w:val="00574322"/>
    <w:rsid w:val="007D52C7"/>
    <w:rsid w:val="007E444D"/>
    <w:rsid w:val="008455E5"/>
    <w:rsid w:val="00AA1D8D"/>
    <w:rsid w:val="00B47730"/>
    <w:rsid w:val="00CB0664"/>
    <w:rsid w:val="00EB357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B49233"/>
  <w14:defaultImageDpi w14:val="300"/>
  <w15:docId w15:val="{FF458978-3F9E-42C5-8658-9A4CBB48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hAnsi="맑은 고딕"/>
      <w:sz w:val="19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2026-08-28T04:57:00Z</dcterms:created>
  <dcterms:modified xsi:type="dcterms:W3CDTF">2026-08-28T07:28:00Z</dcterms:modified>
  <cp:category/>
</cp:coreProperties>
</file>